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86F" w:rsidRDefault="00B1186F" w:rsidP="00B1186F">
      <w:pPr>
        <w:bidi/>
        <w:jc w:val="center"/>
        <w:rPr>
          <w:rFonts w:cs="Arial"/>
          <w:b/>
          <w:bCs/>
          <w:rtl/>
          <w:lang w:bidi="he-IL"/>
        </w:rPr>
      </w:pPr>
    </w:p>
    <w:p w:rsidR="001B7499" w:rsidRPr="001B7499" w:rsidRDefault="001B7499" w:rsidP="00B1186F">
      <w:pPr>
        <w:bidi/>
        <w:jc w:val="center"/>
        <w:rPr>
          <w:b/>
          <w:bCs/>
        </w:rPr>
      </w:pPr>
      <w:r w:rsidRPr="001B7499">
        <w:rPr>
          <w:rFonts w:cs="Arial" w:hint="cs"/>
          <w:b/>
          <w:bCs/>
          <w:rtl/>
          <w:lang w:bidi="he-IL"/>
        </w:rPr>
        <w:t>טופס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המלצה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למכשיר</w:t>
      </w:r>
      <w:r w:rsidRPr="001B7499">
        <w:rPr>
          <w:rFonts w:cs="Arial"/>
          <w:b/>
          <w:bCs/>
          <w:rtl/>
          <w:lang w:bidi="he-IL"/>
        </w:rPr>
        <w:t>/</w:t>
      </w:r>
      <w:r w:rsidRPr="001B7499">
        <w:rPr>
          <w:rFonts w:cs="Arial" w:hint="cs"/>
          <w:b/>
          <w:bCs/>
          <w:rtl/>
          <w:lang w:bidi="he-IL"/>
        </w:rPr>
        <w:t>י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שמיעה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לילדים</w:t>
      </w:r>
    </w:p>
    <w:p w:rsidR="001B7499" w:rsidRPr="001B7499" w:rsidRDefault="001B7499" w:rsidP="001B7499">
      <w:pPr>
        <w:bidi/>
        <w:jc w:val="center"/>
        <w:rPr>
          <w:b/>
          <w:bCs/>
        </w:rPr>
      </w:pPr>
      <w:r w:rsidRPr="001B7499">
        <w:rPr>
          <w:rFonts w:cs="Arial" w:hint="cs"/>
          <w:b/>
          <w:bCs/>
          <w:rtl/>
          <w:lang w:bidi="he-IL"/>
        </w:rPr>
        <w:t>מילוי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והגשת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טופס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זה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מתבצעת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בסיום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תהליך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התאמת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המכשיר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וההתנסות</w:t>
      </w:r>
      <w:r w:rsidRPr="001B7499">
        <w:rPr>
          <w:rFonts w:cs="Arial"/>
          <w:b/>
          <w:bCs/>
          <w:rtl/>
          <w:lang w:bidi="he-IL"/>
        </w:rPr>
        <w:t>.</w:t>
      </w:r>
    </w:p>
    <w:p w:rsidR="001B7499" w:rsidRDefault="001B7499" w:rsidP="001B7499">
      <w:pPr>
        <w:bidi/>
      </w:pPr>
      <w:r>
        <w:rPr>
          <w:rFonts w:cs="Arial" w:hint="cs"/>
          <w:rtl/>
          <w:lang w:bidi="he-IL"/>
        </w:rPr>
        <w:t>הנחיות</w:t>
      </w:r>
      <w:r>
        <w:rPr>
          <w:rFonts w:cs="Arial"/>
          <w:rtl/>
          <w:lang w:bidi="he-IL"/>
        </w:rPr>
        <w:t xml:space="preserve"> </w:t>
      </w:r>
      <w:r>
        <w:rPr>
          <w:rFonts w:cs="Arial" w:hint="cs"/>
          <w:rtl/>
          <w:lang w:bidi="he-IL"/>
        </w:rPr>
        <w:t>כלליות</w:t>
      </w:r>
      <w:r>
        <w:rPr>
          <w:rFonts w:cs="Arial"/>
          <w:rtl/>
          <w:lang w:bidi="he-IL"/>
        </w:rPr>
        <w:t xml:space="preserve"> </w:t>
      </w:r>
      <w:r>
        <w:rPr>
          <w:rFonts w:cs="Arial" w:hint="cs"/>
          <w:rtl/>
          <w:lang w:bidi="he-IL"/>
        </w:rPr>
        <w:t>להגשת</w:t>
      </w:r>
      <w:r>
        <w:rPr>
          <w:rFonts w:cs="Arial"/>
          <w:rtl/>
          <w:lang w:bidi="he-IL"/>
        </w:rPr>
        <w:t xml:space="preserve"> </w:t>
      </w:r>
      <w:r>
        <w:rPr>
          <w:rFonts w:cs="Arial" w:hint="cs"/>
          <w:rtl/>
          <w:lang w:bidi="he-IL"/>
        </w:rPr>
        <w:t>הבקשה</w:t>
      </w:r>
      <w:r>
        <w:rPr>
          <w:rFonts w:cs="Arial"/>
          <w:rtl/>
          <w:lang w:bidi="he-IL"/>
        </w:rPr>
        <w:t>:</w:t>
      </w:r>
    </w:p>
    <w:p w:rsidR="001B7499" w:rsidRDefault="001B7499" w:rsidP="001B7499">
      <w:pPr>
        <w:pStyle w:val="ae"/>
        <w:numPr>
          <w:ilvl w:val="0"/>
          <w:numId w:val="17"/>
        </w:numPr>
        <w:bidi/>
      </w:pPr>
      <w:r w:rsidRPr="001B7499">
        <w:rPr>
          <w:rFonts w:cs="Arial" w:hint="cs"/>
          <w:rtl/>
          <w:lang w:bidi="he-IL"/>
        </w:rPr>
        <w:t>לצורך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הגשת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בקשה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לאישור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זכאות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להשתתפות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הקופה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במכשירי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שמיעה</w:t>
      </w:r>
      <w:r w:rsidRPr="001B7499">
        <w:rPr>
          <w:rFonts w:cs="Arial"/>
          <w:rtl/>
          <w:lang w:bidi="he-IL"/>
        </w:rPr>
        <w:t xml:space="preserve">, </w:t>
      </w:r>
      <w:r w:rsidRPr="001B7499">
        <w:rPr>
          <w:rFonts w:cs="Arial" w:hint="cs"/>
          <w:rtl/>
          <w:lang w:bidi="he-IL"/>
        </w:rPr>
        <w:t>יש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לצרף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המסמכים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הבאים</w:t>
      </w:r>
      <w:r w:rsidRPr="001B7499">
        <w:rPr>
          <w:rFonts w:cs="Arial"/>
          <w:rtl/>
          <w:lang w:bidi="he-IL"/>
        </w:rPr>
        <w:t>:</w:t>
      </w:r>
    </w:p>
    <w:p w:rsidR="001B7499" w:rsidRDefault="001B7499" w:rsidP="001B7499">
      <w:pPr>
        <w:pStyle w:val="ae"/>
        <w:numPr>
          <w:ilvl w:val="0"/>
          <w:numId w:val="15"/>
        </w:numPr>
        <w:bidi/>
      </w:pPr>
      <w:r w:rsidRPr="001B7499">
        <w:rPr>
          <w:rFonts w:cs="Arial" w:hint="cs"/>
          <w:rtl/>
          <w:lang w:bidi="he-IL"/>
        </w:rPr>
        <w:t>טופס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המלצת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קלינאי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תקשורת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למכשירי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שמיעה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שמולא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</w:t>
      </w:r>
      <w:r w:rsidRPr="001B7499">
        <w:rPr>
          <w:rFonts w:cs="Arial"/>
          <w:rtl/>
          <w:lang w:bidi="he-IL"/>
        </w:rPr>
        <w:t>"</w:t>
      </w:r>
      <w:r w:rsidRPr="001B7499">
        <w:rPr>
          <w:rFonts w:cs="Arial" w:hint="cs"/>
          <w:rtl/>
          <w:lang w:bidi="he-IL"/>
        </w:rPr>
        <w:t>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קלינאי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ית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התקשורת</w:t>
      </w:r>
      <w:r w:rsidRPr="001B7499">
        <w:rPr>
          <w:rFonts w:cs="Arial"/>
          <w:rtl/>
          <w:lang w:bidi="he-IL"/>
        </w:rPr>
        <w:t>.</w:t>
      </w:r>
    </w:p>
    <w:p w:rsidR="001B7499" w:rsidRDefault="001B7499" w:rsidP="001B7499">
      <w:pPr>
        <w:pStyle w:val="ae"/>
        <w:numPr>
          <w:ilvl w:val="0"/>
          <w:numId w:val="15"/>
        </w:numPr>
        <w:bidi/>
      </w:pPr>
      <w:r w:rsidRPr="001B7499">
        <w:rPr>
          <w:rFonts w:cs="Arial" w:hint="cs"/>
          <w:rtl/>
          <w:lang w:bidi="he-IL"/>
        </w:rPr>
        <w:t>סיכום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ביקור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עדכני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רופא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</w:t>
      </w:r>
      <w:r w:rsidRPr="001B7499">
        <w:rPr>
          <w:rFonts w:cs="Arial"/>
          <w:rtl/>
          <w:lang w:bidi="he-IL"/>
        </w:rPr>
        <w:t>.</w:t>
      </w:r>
      <w:r w:rsidRPr="001B7499">
        <w:rPr>
          <w:rFonts w:cs="Arial" w:hint="cs"/>
          <w:rtl/>
          <w:lang w:bidi="he-IL"/>
        </w:rPr>
        <w:t>א</w:t>
      </w:r>
      <w:r w:rsidRPr="001B7499">
        <w:rPr>
          <w:rFonts w:cs="Arial"/>
          <w:rtl/>
          <w:lang w:bidi="he-IL"/>
        </w:rPr>
        <w:t>.</w:t>
      </w:r>
      <w:r w:rsidRPr="001B7499">
        <w:rPr>
          <w:rFonts w:cs="Arial" w:hint="cs"/>
          <w:rtl/>
          <w:lang w:bidi="he-IL"/>
        </w:rPr>
        <w:t>ג</w:t>
      </w:r>
      <w:r w:rsidRPr="001B7499">
        <w:rPr>
          <w:rFonts w:cs="Arial"/>
          <w:rtl/>
          <w:lang w:bidi="he-IL"/>
        </w:rPr>
        <w:t xml:space="preserve"> (</w:t>
      </w:r>
      <w:r w:rsidRPr="001B7499">
        <w:rPr>
          <w:rFonts w:cs="Arial" w:hint="cs"/>
          <w:rtl/>
          <w:lang w:bidi="he-IL"/>
        </w:rPr>
        <w:t>עד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חצי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שנה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מתאריך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תחילת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ההתאמה</w:t>
      </w:r>
      <w:r w:rsidRPr="001B7499">
        <w:rPr>
          <w:rFonts w:cs="Arial"/>
          <w:rtl/>
          <w:lang w:bidi="he-IL"/>
        </w:rPr>
        <w:t xml:space="preserve">( </w:t>
      </w:r>
      <w:r w:rsidRPr="001B7499">
        <w:rPr>
          <w:rFonts w:cs="Arial" w:hint="cs"/>
          <w:rtl/>
          <w:lang w:bidi="he-IL"/>
        </w:rPr>
        <w:t>שכולל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ממצא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אוטוסקופי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ואישור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כך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שאין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התווית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נגד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לשימוש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במכשיר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שמיעה</w:t>
      </w:r>
    </w:p>
    <w:p w:rsidR="001B7499" w:rsidRDefault="001B7499" w:rsidP="001B7499">
      <w:pPr>
        <w:pStyle w:val="ae"/>
        <w:numPr>
          <w:ilvl w:val="0"/>
          <w:numId w:val="15"/>
        </w:numPr>
        <w:bidi/>
      </w:pPr>
      <w:r w:rsidRPr="001B7499">
        <w:rPr>
          <w:rFonts w:cs="Arial" w:hint="cs"/>
          <w:rtl/>
          <w:lang w:bidi="he-IL"/>
        </w:rPr>
        <w:t>בדיקת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שמיעה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עדכנית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מלאה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ללא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מכשירים</w:t>
      </w:r>
      <w:r w:rsidRPr="001B7499">
        <w:rPr>
          <w:rFonts w:cs="Arial"/>
          <w:rtl/>
          <w:lang w:bidi="he-IL"/>
        </w:rPr>
        <w:t xml:space="preserve"> (</w:t>
      </w:r>
      <w:r w:rsidRPr="001B7499">
        <w:rPr>
          <w:rFonts w:cs="Arial" w:hint="cs"/>
          <w:rtl/>
          <w:lang w:bidi="he-IL"/>
        </w:rPr>
        <w:t>עד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חצי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שנה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מתאריך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תחילת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ההתאמה</w:t>
      </w:r>
      <w:r w:rsidRPr="001B7499">
        <w:rPr>
          <w:rFonts w:cs="Arial"/>
          <w:rtl/>
          <w:lang w:bidi="he-IL"/>
        </w:rPr>
        <w:t>),.</w:t>
      </w:r>
      <w:r w:rsidRPr="001B7499">
        <w:rPr>
          <w:rFonts w:cs="Arial" w:hint="cs"/>
          <w:rtl/>
          <w:lang w:bidi="he-IL"/>
        </w:rPr>
        <w:t>במידה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שבוצעה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בדיקת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שמיעה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נוספת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במהלך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תהליך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ההתאמה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ונמצא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הבדל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בין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שתי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הבדיקות</w:t>
      </w:r>
      <w:r w:rsidRPr="001B7499">
        <w:rPr>
          <w:rFonts w:cs="Arial"/>
          <w:rtl/>
          <w:lang w:bidi="he-IL"/>
        </w:rPr>
        <w:t xml:space="preserve">, </w:t>
      </w:r>
      <w:r w:rsidRPr="001B7499">
        <w:rPr>
          <w:rFonts w:cs="Arial" w:hint="cs"/>
          <w:rtl/>
          <w:lang w:bidi="he-IL"/>
        </w:rPr>
        <w:t>נדרש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לספק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הבדיקה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העדכנית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פיה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בוצעה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תהליך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ההתאמה</w:t>
      </w:r>
      <w:r w:rsidRPr="001B7499">
        <w:rPr>
          <w:rFonts w:cs="Arial"/>
          <w:rtl/>
          <w:lang w:bidi="he-IL"/>
        </w:rPr>
        <w:t xml:space="preserve"> </w:t>
      </w:r>
    </w:p>
    <w:p w:rsidR="001B7499" w:rsidRDefault="001B7499" w:rsidP="001B7499">
      <w:pPr>
        <w:pStyle w:val="ae"/>
        <w:numPr>
          <w:ilvl w:val="0"/>
          <w:numId w:val="15"/>
        </w:numPr>
        <w:bidi/>
      </w:pPr>
      <w:r w:rsidRPr="001B7499">
        <w:rPr>
          <w:rFonts w:cs="Arial" w:hint="cs"/>
          <w:rtl/>
          <w:lang w:bidi="he-IL"/>
        </w:rPr>
        <w:t>בדיקת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שמיעה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עדכנית</w:t>
      </w:r>
      <w:r w:rsidRPr="001B7499">
        <w:rPr>
          <w:rFonts w:cs="Arial"/>
          <w:rtl/>
          <w:lang w:bidi="he-IL"/>
        </w:rPr>
        <w:t xml:space="preserve"> (</w:t>
      </w:r>
      <w:r w:rsidRPr="001B7499">
        <w:rPr>
          <w:rFonts w:cs="Arial" w:hint="cs"/>
          <w:rtl/>
          <w:lang w:bidi="he-IL"/>
        </w:rPr>
        <w:t>עד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חצי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שנה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מתאריך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הגשת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הבקשה</w:t>
      </w:r>
      <w:r w:rsidRPr="001B7499">
        <w:rPr>
          <w:rFonts w:cs="Arial"/>
          <w:rtl/>
          <w:lang w:bidi="he-IL"/>
        </w:rPr>
        <w:t xml:space="preserve">( </w:t>
      </w:r>
      <w:r w:rsidRPr="001B7499">
        <w:rPr>
          <w:rFonts w:cs="Arial" w:hint="cs"/>
          <w:rtl/>
          <w:lang w:bidi="he-IL"/>
        </w:rPr>
        <w:t>עם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המכשיר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המומלץ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כולל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בדיקות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דיבור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רלוונטיות</w:t>
      </w:r>
      <w:r w:rsidRPr="001B7499">
        <w:rPr>
          <w:rFonts w:cs="Arial"/>
          <w:rtl/>
          <w:lang w:bidi="he-IL"/>
        </w:rPr>
        <w:t xml:space="preserve">.  </w:t>
      </w:r>
      <w:r w:rsidRPr="001B7499">
        <w:rPr>
          <w:rFonts w:cs="Arial" w:hint="cs"/>
          <w:rtl/>
          <w:lang w:bidi="he-IL"/>
        </w:rPr>
        <w:t>יש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לציין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הבדיקה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דגם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המכשיר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שנבדק</w:t>
      </w:r>
      <w:r w:rsidRPr="001B7499">
        <w:rPr>
          <w:rFonts w:cs="Arial"/>
          <w:rtl/>
          <w:lang w:bidi="he-IL"/>
        </w:rPr>
        <w:t xml:space="preserve">. </w:t>
      </w:r>
    </w:p>
    <w:p w:rsidR="001B7499" w:rsidRDefault="001B7499" w:rsidP="001B7499">
      <w:pPr>
        <w:pStyle w:val="ae"/>
        <w:numPr>
          <w:ilvl w:val="0"/>
          <w:numId w:val="15"/>
        </w:numPr>
        <w:bidi/>
      </w:pPr>
      <w:r w:rsidRPr="001B7499">
        <w:rPr>
          <w:rFonts w:cs="Arial" w:hint="cs"/>
          <w:rtl/>
          <w:lang w:bidi="he-IL"/>
        </w:rPr>
        <w:t>לילדים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עד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גיל</w:t>
      </w:r>
      <w:r w:rsidRPr="001B7499">
        <w:rPr>
          <w:rFonts w:cs="Arial"/>
          <w:rtl/>
          <w:lang w:bidi="he-IL"/>
        </w:rPr>
        <w:t xml:space="preserve"> 6 </w:t>
      </w:r>
      <w:r w:rsidRPr="001B7499">
        <w:rPr>
          <w:rFonts w:cs="Arial" w:hint="cs"/>
          <w:rtl/>
          <w:lang w:bidi="he-IL"/>
        </w:rPr>
        <w:t>שנים</w:t>
      </w:r>
      <w:r w:rsidRPr="001B7499">
        <w:rPr>
          <w:rFonts w:cs="Arial"/>
          <w:rtl/>
          <w:lang w:bidi="he-IL"/>
        </w:rPr>
        <w:t xml:space="preserve"> – </w:t>
      </w:r>
      <w:r w:rsidRPr="001B7499">
        <w:rPr>
          <w:rFonts w:cs="Arial" w:hint="cs"/>
          <w:rtl/>
          <w:lang w:bidi="he-IL"/>
        </w:rPr>
        <w:t>תדפיס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בדיקת</w:t>
      </w:r>
      <w:r w:rsidRPr="001B7499">
        <w:rPr>
          <w:rFonts w:cs="Arial"/>
          <w:rtl/>
          <w:lang w:bidi="he-IL"/>
        </w:rPr>
        <w:t xml:space="preserve"> </w:t>
      </w:r>
      <w:r>
        <w:t>REM (simulated / on ear)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שבוצעה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המכשיר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המומלץ</w:t>
      </w:r>
      <w:r w:rsidRPr="001B7499">
        <w:rPr>
          <w:rFonts w:cs="Arial"/>
          <w:rtl/>
          <w:lang w:bidi="he-IL"/>
        </w:rPr>
        <w:t>/</w:t>
      </w:r>
      <w:r w:rsidRPr="001B7499">
        <w:rPr>
          <w:rFonts w:cs="Arial" w:hint="cs"/>
          <w:rtl/>
          <w:lang w:bidi="he-IL"/>
        </w:rPr>
        <w:t>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במסגרת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ההתאמה</w:t>
      </w:r>
      <w:r w:rsidRPr="001B7499">
        <w:rPr>
          <w:rFonts w:cs="Arial"/>
          <w:rtl/>
          <w:lang w:bidi="he-IL"/>
        </w:rPr>
        <w:t xml:space="preserve">. </w:t>
      </w:r>
      <w:r w:rsidRPr="001B7499">
        <w:rPr>
          <w:rFonts w:cs="Arial" w:hint="cs"/>
          <w:rtl/>
          <w:lang w:bidi="he-IL"/>
        </w:rPr>
        <w:t>מומלץ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לבצע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ולצרף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גם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עבור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ילדים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גדולים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יותר</w:t>
      </w:r>
      <w:r w:rsidRPr="001B7499">
        <w:rPr>
          <w:rFonts w:cs="Arial"/>
          <w:rtl/>
          <w:lang w:bidi="he-IL"/>
        </w:rPr>
        <w:t>.</w:t>
      </w:r>
    </w:p>
    <w:p w:rsidR="001B7499" w:rsidRDefault="001B7499" w:rsidP="001B7499">
      <w:pPr>
        <w:pStyle w:val="ae"/>
        <w:bidi/>
      </w:pPr>
    </w:p>
    <w:p w:rsidR="001B7499" w:rsidRDefault="001B7499" w:rsidP="001B7499">
      <w:pPr>
        <w:pStyle w:val="ae"/>
        <w:numPr>
          <w:ilvl w:val="0"/>
          <w:numId w:val="16"/>
        </w:numPr>
        <w:bidi/>
      </w:pPr>
      <w:r w:rsidRPr="001B7499">
        <w:rPr>
          <w:rFonts w:cs="Arial" w:hint="cs"/>
          <w:rtl/>
          <w:lang w:bidi="he-IL"/>
        </w:rPr>
        <w:t>במקרה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של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בקשה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חריגה</w:t>
      </w:r>
      <w:r w:rsidRPr="001B7499">
        <w:rPr>
          <w:rFonts w:cs="Arial"/>
          <w:rtl/>
          <w:lang w:bidi="he-IL"/>
        </w:rPr>
        <w:t xml:space="preserve">, </w:t>
      </w:r>
      <w:r w:rsidRPr="001B7499">
        <w:rPr>
          <w:rFonts w:cs="Arial" w:hint="cs"/>
          <w:rtl/>
          <w:lang w:bidi="he-IL"/>
        </w:rPr>
        <w:t>שמוגשת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בטרם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הגיע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מועד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הזכאות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להשתתפות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במימון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מכשירי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השמיעה</w:t>
      </w:r>
      <w:r w:rsidRPr="001B7499">
        <w:rPr>
          <w:rFonts w:cs="Arial"/>
          <w:rtl/>
          <w:lang w:bidi="he-IL"/>
        </w:rPr>
        <w:t xml:space="preserve">, </w:t>
      </w:r>
      <w:r w:rsidRPr="001B7499">
        <w:rPr>
          <w:rFonts w:cs="Arial" w:hint="cs"/>
          <w:rtl/>
          <w:lang w:bidi="he-IL"/>
        </w:rPr>
        <w:t>יש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לפרט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סיבת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הבקשה</w:t>
      </w:r>
      <w:r w:rsidRPr="001B7499">
        <w:rPr>
          <w:rFonts w:cs="Arial"/>
          <w:rtl/>
          <w:lang w:bidi="he-IL"/>
        </w:rPr>
        <w:t xml:space="preserve">. </w:t>
      </w:r>
    </w:p>
    <w:p w:rsidR="001B7499" w:rsidRDefault="001B7499" w:rsidP="001B7499">
      <w:pPr>
        <w:pStyle w:val="ae"/>
        <w:numPr>
          <w:ilvl w:val="0"/>
          <w:numId w:val="16"/>
        </w:numPr>
        <w:bidi/>
        <w:rPr>
          <w:lang w:bidi="he-IL"/>
        </w:rPr>
      </w:pPr>
      <w:r w:rsidRPr="001B7499">
        <w:rPr>
          <w:rFonts w:cs="Arial" w:hint="cs"/>
          <w:rtl/>
          <w:lang w:bidi="he-IL"/>
        </w:rPr>
        <w:t>על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כל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החומר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להיות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כתוב</w:t>
      </w:r>
      <w:r w:rsidRPr="001B7499">
        <w:rPr>
          <w:rFonts w:cs="Arial"/>
          <w:rtl/>
          <w:lang w:bidi="he-IL"/>
        </w:rPr>
        <w:t xml:space="preserve"> / </w:t>
      </w:r>
      <w:r w:rsidRPr="001B7499">
        <w:rPr>
          <w:rFonts w:cs="Arial" w:hint="cs"/>
          <w:rtl/>
          <w:lang w:bidi="he-IL"/>
        </w:rPr>
        <w:t>מצולם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באופן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קריא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וברור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וטופס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ממולא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באופן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ממוחשב</w:t>
      </w:r>
      <w:r w:rsidRPr="001B7499">
        <w:rPr>
          <w:rFonts w:cs="Arial"/>
          <w:rtl/>
          <w:lang w:bidi="he-IL"/>
        </w:rPr>
        <w:t xml:space="preserve">. </w:t>
      </w:r>
    </w:p>
    <w:p w:rsidR="001B7499" w:rsidRDefault="001B7499" w:rsidP="001B7499">
      <w:pPr>
        <w:pStyle w:val="ae"/>
        <w:numPr>
          <w:ilvl w:val="0"/>
          <w:numId w:val="16"/>
        </w:numPr>
        <w:bidi/>
      </w:pPr>
      <w:r w:rsidRPr="001B7499">
        <w:rPr>
          <w:rFonts w:cs="Arial"/>
          <w:rtl/>
        </w:rPr>
        <w:t>.</w:t>
      </w:r>
      <w:r w:rsidRPr="001B7499">
        <w:rPr>
          <w:rFonts w:cs="Arial" w:hint="cs"/>
          <w:rtl/>
          <w:lang w:bidi="he-IL"/>
        </w:rPr>
        <w:t>יש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להפנות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המטפל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ומשפחתו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למרפאת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האם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לצורך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קבלת</w:t>
      </w:r>
      <w:r w:rsidRPr="001B7499">
        <w:rPr>
          <w:rFonts w:cs="Arial"/>
          <w:rtl/>
          <w:lang w:bidi="he-IL"/>
        </w:rPr>
        <w:t xml:space="preserve"> </w:t>
      </w:r>
      <w:r w:rsidRPr="001B7499">
        <w:rPr>
          <w:rFonts w:cs="Arial" w:hint="cs"/>
          <w:rtl/>
          <w:lang w:bidi="he-IL"/>
        </w:rPr>
        <w:t>אישור</w:t>
      </w:r>
      <w:r w:rsidRPr="001B7499">
        <w:rPr>
          <w:rFonts w:cs="Arial"/>
          <w:rtl/>
          <w:lang w:bidi="he-IL"/>
        </w:rPr>
        <w:t>.</w:t>
      </w:r>
    </w:p>
    <w:p w:rsidR="001B7499" w:rsidRPr="001B7499" w:rsidRDefault="001B7499" w:rsidP="001B7499">
      <w:pPr>
        <w:bidi/>
        <w:rPr>
          <w:b/>
          <w:bCs/>
          <w:rtl/>
          <w:lang w:bidi="he-IL"/>
        </w:rPr>
      </w:pPr>
      <w:r w:rsidRPr="001B7499">
        <w:rPr>
          <w:rFonts w:cs="Arial" w:hint="cs"/>
          <w:b/>
          <w:bCs/>
          <w:rtl/>
          <w:lang w:bidi="he-IL"/>
        </w:rPr>
        <w:t>אם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בוצעה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התאמה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גם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למערכת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b/>
          <w:bCs/>
        </w:rPr>
        <w:t>FM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אישית</w:t>
      </w:r>
      <w:r w:rsidRPr="001B7499">
        <w:rPr>
          <w:rFonts w:cs="Arial"/>
          <w:b/>
          <w:bCs/>
          <w:rtl/>
          <w:lang w:bidi="he-IL"/>
        </w:rPr>
        <w:t xml:space="preserve">  / </w:t>
      </w:r>
      <w:r w:rsidRPr="001B7499">
        <w:rPr>
          <w:b/>
          <w:bCs/>
        </w:rPr>
        <w:t>Remote Mic</w:t>
      </w:r>
      <w:r w:rsidRPr="001B7499">
        <w:rPr>
          <w:rFonts w:cs="Arial"/>
          <w:b/>
          <w:bCs/>
          <w:rtl/>
          <w:lang w:bidi="he-IL"/>
        </w:rPr>
        <w:t xml:space="preserve"> – </w:t>
      </w:r>
      <w:r w:rsidRPr="001B7499">
        <w:rPr>
          <w:rFonts w:cs="Arial" w:hint="cs"/>
          <w:b/>
          <w:bCs/>
          <w:rtl/>
          <w:lang w:bidi="he-IL"/>
        </w:rPr>
        <w:t>יש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למלא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טופס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נפרד</w:t>
      </w:r>
      <w:r w:rsidRPr="001B7499">
        <w:rPr>
          <w:rFonts w:cs="Arial"/>
          <w:b/>
          <w:bCs/>
          <w:rtl/>
          <w:lang w:bidi="he-IL"/>
        </w:rPr>
        <w:t xml:space="preserve"> (</w:t>
      </w:r>
      <w:r w:rsidRPr="001B7499">
        <w:rPr>
          <w:rFonts w:cs="Arial" w:hint="cs"/>
          <w:b/>
          <w:bCs/>
          <w:rtl/>
          <w:lang w:bidi="he-IL"/>
        </w:rPr>
        <w:t>המלצה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למערכת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b/>
          <w:bCs/>
        </w:rPr>
        <w:t>FM</w:t>
      </w:r>
      <w:r w:rsidRPr="001B7499">
        <w:rPr>
          <w:rFonts w:cs="Arial"/>
          <w:b/>
          <w:bCs/>
          <w:rtl/>
          <w:lang w:bidi="he-IL"/>
        </w:rPr>
        <w:t>).</w:t>
      </w:r>
    </w:p>
    <w:p w:rsidR="001B7499" w:rsidRDefault="001B7499" w:rsidP="001B7499">
      <w:pPr>
        <w:bidi/>
        <w:rPr>
          <w:rtl/>
        </w:rPr>
      </w:pPr>
    </w:p>
    <w:p w:rsidR="001B7499" w:rsidRDefault="001B7499" w:rsidP="001B7499">
      <w:pPr>
        <w:bidi/>
        <w:rPr>
          <w:rtl/>
        </w:rPr>
      </w:pPr>
    </w:p>
    <w:p w:rsidR="001B7499" w:rsidRDefault="001B7499" w:rsidP="001B7499">
      <w:pPr>
        <w:bidi/>
      </w:pPr>
    </w:p>
    <w:p w:rsidR="008023E0" w:rsidRPr="001B7499" w:rsidRDefault="008023E0" w:rsidP="008023E0">
      <w:pPr>
        <w:bidi/>
        <w:rPr>
          <w:b/>
          <w:bCs/>
          <w:rtl/>
          <w:lang w:bidi="he-IL"/>
        </w:rPr>
      </w:pPr>
    </w:p>
    <w:p w:rsidR="008023E0" w:rsidRPr="00DE00D7" w:rsidRDefault="008023E0" w:rsidP="008023E0">
      <w:pPr>
        <w:bidi/>
        <w:rPr>
          <w:b/>
          <w:bCs/>
          <w:rtl/>
          <w:lang w:bidi="he-IL"/>
        </w:rPr>
      </w:pPr>
    </w:p>
    <w:p w:rsidR="00672760" w:rsidRDefault="00672760"/>
    <w:p w:rsidR="00672760" w:rsidRDefault="00672760"/>
    <w:p w:rsidR="008023E0" w:rsidRPr="008023E0" w:rsidRDefault="008023E0" w:rsidP="008023E0">
      <w:pPr>
        <w:jc w:val="center"/>
        <w:rPr>
          <w:b/>
          <w:bCs/>
          <w:sz w:val="24"/>
          <w:szCs w:val="24"/>
          <w:rtl/>
        </w:rPr>
      </w:pPr>
      <w:r w:rsidRPr="008023E0">
        <w:rPr>
          <w:rFonts w:cs="Arial" w:hint="cs"/>
          <w:b/>
          <w:bCs/>
          <w:sz w:val="24"/>
          <w:szCs w:val="24"/>
          <w:rtl/>
          <w:lang w:bidi="he-IL"/>
        </w:rPr>
        <w:lastRenderedPageBreak/>
        <w:t>טופס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המלצה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–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מכשיר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>/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שמיעה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לילדים</w:t>
      </w:r>
    </w:p>
    <w:p w:rsidR="008023E0" w:rsidRDefault="008023E0" w:rsidP="008023E0">
      <w:pPr>
        <w:bidi/>
        <w:jc w:val="center"/>
        <w:rPr>
          <w:b/>
          <w:bCs/>
          <w:sz w:val="24"/>
          <w:szCs w:val="24"/>
          <w:rtl/>
          <w:lang w:bidi="he-IL"/>
        </w:rPr>
      </w:pPr>
      <w:r w:rsidRPr="008023E0">
        <w:rPr>
          <w:rFonts w:cs="Arial"/>
          <w:b/>
          <w:bCs/>
          <w:sz w:val="24"/>
          <w:szCs w:val="24"/>
          <w:rtl/>
        </w:rPr>
        <w:t>*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יש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למלא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את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כל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סעיפי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הטופס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,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טופס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שלא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ימולא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במלואו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יוחזר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.</w:t>
      </w:r>
    </w:p>
    <w:tbl>
      <w:tblPr>
        <w:tblW w:w="8763" w:type="dxa"/>
        <w:tblLayout w:type="fixed"/>
        <w:tblLook w:val="04A0" w:firstRow="1" w:lastRow="0" w:firstColumn="1" w:lastColumn="0" w:noHBand="0" w:noVBand="1"/>
      </w:tblPr>
      <w:tblGrid>
        <w:gridCol w:w="2547"/>
        <w:gridCol w:w="1700"/>
        <w:gridCol w:w="426"/>
        <w:gridCol w:w="992"/>
        <w:gridCol w:w="1130"/>
        <w:gridCol w:w="1968"/>
      </w:tblGrid>
      <w:tr w:rsidR="00672760" w:rsidRPr="00FF1106" w:rsidTr="00672760">
        <w:tc>
          <w:tcPr>
            <w:tcW w:w="5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760" w:rsidRDefault="00672760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תאריך תחילת הליך ההתאמה 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3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760" w:rsidRDefault="00672760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תאריך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</w:tc>
      </w:tr>
      <w:tr w:rsidR="00CF46D2" w:rsidRPr="00FF1106" w:rsidTr="00CF46D2">
        <w:tc>
          <w:tcPr>
            <w:tcW w:w="87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F46D2" w:rsidRPr="00FF1106" w:rsidRDefault="00CF46D2" w:rsidP="008023E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פרטי </w:t>
            </w:r>
            <w:r w:rsidR="008023E0">
              <w:rPr>
                <w:rFonts w:asciiTheme="minorBidi" w:hAnsiTheme="minorBidi" w:hint="cs"/>
                <w:rtl/>
                <w:lang w:bidi="he-IL"/>
              </w:rPr>
              <w:t>הילד</w:t>
            </w:r>
          </w:p>
        </w:tc>
      </w:tr>
      <w:tr w:rsidR="00027696" w:rsidRPr="00FF1106" w:rsidTr="008023E0">
        <w:trPr>
          <w:trHeight w:val="349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תאריך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לידה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Pr="00FF1106" w:rsidRDefault="00027696" w:rsidP="00811CF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811CF8">
              <w:rPr>
                <w:rFonts w:asciiTheme="minorBidi" w:hAnsiTheme="minorBidi" w:hint="cs"/>
                <w:sz w:val="18"/>
                <w:szCs w:val="18"/>
                <w:rtl/>
                <w:lang w:bidi="he-IL"/>
              </w:rPr>
              <w:t>תז</w:t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שם משפחה 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שם פרטי</w:t>
            </w:r>
          </w:p>
          <w:p w:rsidR="00027696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  <w:bookmarkEnd w:id="0"/>
            <w:r>
              <w:rPr>
                <w:rFonts w:asciiTheme="minorBidi" w:hAnsiTheme="minorBidi" w:hint="cs"/>
                <w:lang w:bidi="he-IL"/>
              </w:rPr>
              <w:t xml:space="preserve"> </w:t>
            </w:r>
          </w:p>
        </w:tc>
      </w:tr>
      <w:tr w:rsidR="00CF46D2" w:rsidRPr="00FF1106" w:rsidTr="008023E0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023E0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טלפון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ישוב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מספר בית</w:t>
            </w:r>
            <w:r w:rsidR="00027696">
              <w:rPr>
                <w:rFonts w:asciiTheme="minorBidi" w:hAnsiTheme="minorBidi" w:hint="cs"/>
              </w:rPr>
              <w:t xml:space="preserve"> </w:t>
            </w:r>
          </w:p>
          <w:p w:rsidR="00811CF8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רחוב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8023E0" w:rsidRPr="00FF1106" w:rsidTr="008023E0">
        <w:trPr>
          <w:trHeight w:val="746"/>
        </w:trPr>
        <w:tc>
          <w:tcPr>
            <w:tcW w:w="4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3E0" w:rsidRDefault="008023E0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מייל</w:t>
            </w:r>
          </w:p>
          <w:p w:rsidR="008023E0" w:rsidRPr="00FF1106" w:rsidRDefault="008023E0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3E0" w:rsidRDefault="008023E0" w:rsidP="008023E0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שם ההורה/ אפטרופוס</w:t>
            </w:r>
          </w:p>
          <w:p w:rsidR="008023E0" w:rsidRPr="00FF1106" w:rsidRDefault="008023E0" w:rsidP="008023E0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</w:tbl>
    <w:p w:rsidR="008023E0" w:rsidRDefault="008023E0" w:rsidP="008023E0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b/>
          <w:bCs/>
          <w:u w:val="single"/>
          <w:rtl/>
          <w:lang w:bidi="he-IL"/>
        </w:rPr>
      </w:pPr>
      <w:r w:rsidRPr="008023E0">
        <w:rPr>
          <w:rFonts w:ascii="Calibri" w:eastAsia="Calibri" w:hAnsi="Calibri" w:cs="Arial" w:hint="cs"/>
          <w:b/>
          <w:bCs/>
          <w:u w:val="single"/>
          <w:rtl/>
          <w:lang w:bidi="he-IL"/>
        </w:rPr>
        <w:t>המלצה למכשירי שמיעה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לנ"ל אובחנה לקות שמיעה </w:t>
      </w:r>
      <w:sdt>
        <w:sdtPr>
          <w:rPr>
            <w:rFonts w:ascii="Calibri" w:eastAsia="Calibri" w:hAnsi="Calibri" w:cs="Arial" w:hint="cs"/>
            <w:rtl/>
            <w:lang w:bidi="he-IL"/>
          </w:rPr>
          <w:id w:val="923458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>חד /</w:t>
      </w:r>
      <w:sdt>
        <w:sdtPr>
          <w:rPr>
            <w:rFonts w:ascii="Calibri" w:eastAsia="Calibri" w:hAnsi="Calibri" w:cs="Arial" w:hint="cs"/>
            <w:rtl/>
            <w:lang w:bidi="he-IL"/>
          </w:rPr>
          <w:id w:val="281308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82E6A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דו צידית 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רמת לקות השמיעה: אוזן ימין </w:t>
      </w: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  <w:r w:rsidRPr="008023E0">
        <w:rPr>
          <w:rFonts w:ascii="Calibri" w:eastAsia="Calibri" w:hAnsi="Calibri" w:cs="Arial" w:hint="cs"/>
          <w:rtl/>
          <w:lang w:bidi="he-IL"/>
        </w:rPr>
        <w:t xml:space="preserve"> אוזן שמאל </w:t>
      </w: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p w:rsidR="008023E0" w:rsidRDefault="008023E0" w:rsidP="008023E0">
      <w:pPr>
        <w:pBdr>
          <w:bottom w:val="single" w:sz="6" w:space="1" w:color="auto"/>
        </w:pBd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(יש לצרף בדיקה עדכנית ובמידת הצורך </w:t>
      </w:r>
      <w:r w:rsidRPr="008023E0">
        <w:rPr>
          <w:rFonts w:ascii="Calibri" w:eastAsia="Calibri" w:hAnsi="Calibri" w:cs="Arial"/>
          <w:rtl/>
          <w:lang w:bidi="he-IL"/>
        </w:rPr>
        <w:t>–</w:t>
      </w:r>
      <w:r w:rsidRPr="008023E0">
        <w:rPr>
          <w:rFonts w:ascii="Calibri" w:eastAsia="Calibri" w:hAnsi="Calibri" w:cs="Arial" w:hint="cs"/>
          <w:rtl/>
          <w:lang w:bidi="he-IL"/>
        </w:rPr>
        <w:t xml:space="preserve"> גם בדיקת </w:t>
      </w:r>
      <w:r w:rsidRPr="008023E0">
        <w:rPr>
          <w:rFonts w:ascii="Calibri" w:eastAsia="Calibri" w:hAnsi="Calibri" w:cs="Arial" w:hint="cs"/>
          <w:lang w:bidi="he-IL"/>
        </w:rPr>
        <w:t>ABR</w:t>
      </w:r>
      <w:r w:rsidRPr="008023E0">
        <w:rPr>
          <w:rFonts w:ascii="Calibri" w:eastAsia="Calibri" w:hAnsi="Calibri" w:cs="Arial" w:hint="cs"/>
          <w:rtl/>
          <w:lang w:bidi="he-IL"/>
        </w:rPr>
        <w:t>).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b/>
          <w:bCs/>
          <w:rtl/>
          <w:lang w:bidi="he-IL"/>
        </w:rPr>
      </w:pPr>
      <w:r w:rsidRPr="008023E0">
        <w:rPr>
          <w:rFonts w:ascii="Calibri" w:eastAsia="Calibri" w:hAnsi="Calibri" w:cs="Arial" w:hint="cs"/>
          <w:b/>
          <w:bCs/>
          <w:rtl/>
          <w:lang w:bidi="he-IL"/>
        </w:rPr>
        <w:t xml:space="preserve">סוג לקות השמיעה: </w:t>
      </w:r>
    </w:p>
    <w:p w:rsid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b/>
          <w:bCs/>
          <w:rtl/>
          <w:lang w:bidi="he-IL"/>
        </w:rPr>
        <w:t>אוזן ימין</w:t>
      </w:r>
      <w:r w:rsidRPr="008023E0">
        <w:rPr>
          <w:rFonts w:ascii="Calibri" w:eastAsia="Calibri" w:hAnsi="Calibri" w:cs="Arial" w:hint="cs"/>
          <w:rtl/>
          <w:lang w:bidi="he-IL"/>
        </w:rPr>
        <w:t xml:space="preserve"> - </w:t>
      </w:r>
      <w:sdt>
        <w:sdtPr>
          <w:rPr>
            <w:rFonts w:ascii="Calibri" w:eastAsia="Calibri" w:hAnsi="Calibri" w:cs="Arial" w:hint="cs"/>
            <w:rtl/>
            <w:lang w:bidi="he-IL"/>
          </w:rPr>
          <w:id w:val="3445293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הולכתי / </w:t>
      </w:r>
      <w:sdt>
        <w:sdtPr>
          <w:rPr>
            <w:rFonts w:ascii="Calibri" w:eastAsia="Calibri" w:hAnsi="Calibri" w:cs="Arial" w:hint="cs"/>
            <w:rtl/>
            <w:lang w:bidi="he-IL"/>
          </w:rPr>
          <w:id w:val="632833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מעורב / </w:t>
      </w:r>
      <w:sdt>
        <w:sdtPr>
          <w:rPr>
            <w:rFonts w:ascii="Calibri" w:eastAsia="Calibri" w:hAnsi="Calibri" w:cs="Arial" w:hint="cs"/>
            <w:rtl/>
            <w:lang w:bidi="he-IL"/>
          </w:rPr>
          <w:id w:val="-1623143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תחושתי עצבי      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b/>
          <w:bCs/>
          <w:rtl/>
          <w:lang w:bidi="he-IL"/>
        </w:rPr>
        <w:t>אוזן שמאל</w:t>
      </w:r>
      <w:r w:rsidRPr="008023E0">
        <w:rPr>
          <w:rFonts w:ascii="Calibri" w:eastAsia="Calibri" w:hAnsi="Calibri" w:cs="Arial" w:hint="cs"/>
          <w:rtl/>
          <w:lang w:bidi="he-IL"/>
        </w:rPr>
        <w:t xml:space="preserve"> - </w:t>
      </w:r>
      <w:sdt>
        <w:sdtPr>
          <w:rPr>
            <w:rFonts w:ascii="Calibri" w:eastAsia="Calibri" w:hAnsi="Calibri" w:cs="Arial" w:hint="cs"/>
            <w:rtl/>
            <w:lang w:bidi="he-IL"/>
          </w:rPr>
          <w:id w:val="-908467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הולכתי / </w:t>
      </w:r>
      <w:sdt>
        <w:sdtPr>
          <w:rPr>
            <w:rFonts w:ascii="Calibri" w:eastAsia="Calibri" w:hAnsi="Calibri" w:cs="Arial" w:hint="cs"/>
            <w:rtl/>
            <w:lang w:bidi="he-IL"/>
          </w:rPr>
          <w:id w:val="-17313019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מעורב / </w:t>
      </w:r>
      <w:sdt>
        <w:sdtPr>
          <w:rPr>
            <w:rFonts w:ascii="Calibri" w:eastAsia="Calibri" w:hAnsi="Calibri" w:cs="Arial" w:hint="cs"/>
            <w:rtl/>
            <w:lang w:bidi="he-IL"/>
          </w:rPr>
          <w:id w:val="-1375234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 תחושתי עצבי 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>בתהליך התאמת המכשיר/ים בוצעו (נא לסמן):</w:t>
      </w:r>
    </w:p>
    <w:p w:rsidR="008023E0" w:rsidRPr="008023E0" w:rsidRDefault="002263BD" w:rsidP="008023E0">
      <w:pPr>
        <w:numPr>
          <w:ilvl w:val="0"/>
          <w:numId w:val="14"/>
        </w:numPr>
        <w:bidi/>
        <w:spacing w:after="160" w:line="360" w:lineRule="auto"/>
        <w:contextualSpacing/>
        <w:rPr>
          <w:rFonts w:ascii="Calibri" w:eastAsia="Calibri" w:hAnsi="Calibri" w:cs="Arial"/>
          <w:rtl/>
          <w:lang w:bidi="he-IL"/>
        </w:rPr>
      </w:pPr>
      <w:sdt>
        <w:sdtPr>
          <w:rPr>
            <w:rFonts w:ascii="Calibri" w:eastAsia="Calibri" w:hAnsi="Calibri" w:cs="Arial" w:hint="cs"/>
            <w:rtl/>
            <w:lang w:bidi="he-IL"/>
          </w:rPr>
          <w:id w:val="15925100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1C25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/>
          <w:lang w:bidi="he-IL"/>
        </w:rPr>
        <w:t xml:space="preserve"> </w:t>
      </w:r>
      <w:r w:rsidR="008023E0">
        <w:rPr>
          <w:rFonts w:ascii="Calibri" w:eastAsia="Calibri" w:hAnsi="Calibri" w:cs="Arial" w:hint="cs"/>
          <w:rtl/>
          <w:lang w:bidi="he-IL"/>
        </w:rPr>
        <w:t xml:space="preserve"> </w:t>
      </w:r>
      <w:r w:rsidR="008023E0" w:rsidRPr="008023E0">
        <w:rPr>
          <w:rFonts w:ascii="Calibri" w:eastAsia="Calibri" w:hAnsi="Calibri" w:cs="Arial"/>
          <w:lang w:bidi="he-IL"/>
        </w:rPr>
        <w:t>REM on ear</w:t>
      </w:r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(יש לצרף תדפיס).</w:t>
      </w:r>
    </w:p>
    <w:p w:rsidR="008023E0" w:rsidRPr="008023E0" w:rsidRDefault="002263BD" w:rsidP="008023E0">
      <w:pPr>
        <w:numPr>
          <w:ilvl w:val="0"/>
          <w:numId w:val="14"/>
        </w:numPr>
        <w:bidi/>
        <w:spacing w:after="160" w:line="360" w:lineRule="auto"/>
        <w:contextualSpacing/>
        <w:rPr>
          <w:rFonts w:ascii="Calibri" w:eastAsia="Calibri" w:hAnsi="Calibri" w:cs="Arial"/>
          <w:rtl/>
          <w:lang w:bidi="he-IL"/>
        </w:rPr>
      </w:pPr>
      <w:sdt>
        <w:sdtPr>
          <w:rPr>
            <w:rFonts w:ascii="Calibri" w:eastAsia="Calibri" w:hAnsi="Calibri" w:cs="Arial" w:hint="cs"/>
            <w:rtl/>
            <w:lang w:bidi="he-IL"/>
          </w:rPr>
          <w:id w:val="8898547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3E0" w:rsidRPr="008023E0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/>
          <w:lang w:bidi="he-IL"/>
        </w:rPr>
        <w:t xml:space="preserve"> </w:t>
      </w:r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</w:t>
      </w:r>
      <w:r w:rsidR="008023E0" w:rsidRPr="008023E0">
        <w:rPr>
          <w:rFonts w:ascii="Calibri" w:eastAsia="Calibri" w:hAnsi="Calibri" w:cs="Arial"/>
          <w:lang w:bidi="he-IL"/>
        </w:rPr>
        <w:t>Simulated REM</w:t>
      </w:r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(יש לצרף תדפיס).</w:t>
      </w:r>
    </w:p>
    <w:p w:rsidR="008023E0" w:rsidRDefault="002263BD" w:rsidP="008023E0">
      <w:pPr>
        <w:numPr>
          <w:ilvl w:val="0"/>
          <w:numId w:val="14"/>
        </w:numPr>
        <w:bidi/>
        <w:spacing w:after="160" w:line="360" w:lineRule="auto"/>
        <w:contextualSpacing/>
        <w:rPr>
          <w:rFonts w:ascii="Calibri" w:eastAsia="Calibri" w:hAnsi="Calibri" w:cs="Arial"/>
          <w:lang w:bidi="he-IL"/>
        </w:rPr>
      </w:pPr>
      <w:sdt>
        <w:sdtPr>
          <w:rPr>
            <w:rFonts w:ascii="Calibri" w:eastAsia="Calibri" w:hAnsi="Calibri" w:cs="Arial" w:hint="cs"/>
            <w:rtl/>
            <w:lang w:bidi="he-IL"/>
          </w:rPr>
          <w:id w:val="373587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3E0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בדיקת </w:t>
      </w:r>
      <w:r w:rsidR="008023E0" w:rsidRPr="008023E0">
        <w:rPr>
          <w:rFonts w:ascii="Calibri" w:eastAsia="Calibri" w:hAnsi="Calibri" w:cs="Arial"/>
          <w:lang w:bidi="he-IL"/>
        </w:rPr>
        <w:t>Aided Audiogram</w:t>
      </w:r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כולל בדיקות דיבור רלוונטיות </w:t>
      </w:r>
    </w:p>
    <w:p w:rsidR="008023E0" w:rsidRPr="008023E0" w:rsidRDefault="008023E0" w:rsidP="008023E0">
      <w:pPr>
        <w:bidi/>
        <w:spacing w:after="160" w:line="360" w:lineRule="auto"/>
        <w:ind w:left="720"/>
        <w:contextualSpacing/>
        <w:rPr>
          <w:rFonts w:ascii="Calibri" w:eastAsia="Calibri" w:hAnsi="Calibri" w:cs="Arial"/>
          <w:b/>
          <w:bCs/>
          <w:lang w:bidi="he-IL"/>
        </w:rPr>
      </w:pPr>
      <w:r w:rsidRPr="008023E0">
        <w:rPr>
          <w:rFonts w:ascii="Calibri" w:eastAsia="Calibri" w:hAnsi="Calibri" w:cs="Arial" w:hint="cs"/>
          <w:b/>
          <w:bCs/>
          <w:rtl/>
          <w:lang w:bidi="he-IL"/>
        </w:rPr>
        <w:t>(יש לצרף בדיקה עדכנית ולציין את סוג הדגם על בדיקת השמיעה</w:t>
      </w:r>
      <w:r>
        <w:rPr>
          <w:rFonts w:ascii="Calibri" w:eastAsia="Calibri" w:hAnsi="Calibri" w:cs="Arial" w:hint="cs"/>
          <w:b/>
          <w:bCs/>
          <w:rtl/>
          <w:lang w:bidi="he-IL"/>
        </w:rPr>
        <w:t>)</w:t>
      </w:r>
    </w:p>
    <w:p w:rsidR="001B7499" w:rsidRDefault="002263BD" w:rsidP="00936083">
      <w:pPr>
        <w:numPr>
          <w:ilvl w:val="0"/>
          <w:numId w:val="14"/>
        </w:numPr>
        <w:bidi/>
        <w:spacing w:after="160" w:line="360" w:lineRule="auto"/>
        <w:contextualSpacing/>
        <w:rPr>
          <w:rFonts w:ascii="Calibri" w:eastAsia="Calibri" w:hAnsi="Calibri" w:cs="Arial"/>
          <w:lang w:bidi="he-IL"/>
        </w:rPr>
      </w:pPr>
      <w:sdt>
        <w:sdtPr>
          <w:rPr>
            <w:rFonts w:ascii="Calibri" w:eastAsia="Calibri" w:hAnsi="Calibri" w:cs="Arial" w:hint="cs"/>
            <w:rtl/>
            <w:lang w:bidi="he-IL"/>
          </w:rPr>
          <w:id w:val="-961792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3E0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פירוט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תפקודו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השמיעתי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של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הילד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עם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>מכשיר</w:t>
      </w:r>
      <w:r w:rsidR="00936083" w:rsidRPr="00936083">
        <w:rPr>
          <w:rFonts w:ascii="Calibri" w:eastAsia="Calibri" w:hAnsi="Calibri" w:cs="Arial"/>
          <w:rtl/>
          <w:lang w:bidi="he-IL"/>
        </w:rPr>
        <w:t xml:space="preserve"> </w:t>
      </w:r>
      <w:r w:rsidR="00936083" w:rsidRPr="00936083">
        <w:rPr>
          <w:rFonts w:ascii="Calibri" w:eastAsia="Calibri" w:hAnsi="Calibri" w:cs="Arial" w:hint="cs"/>
          <w:rtl/>
          <w:lang w:bidi="he-IL"/>
        </w:rPr>
        <w:t xml:space="preserve">השמיעה </w:t>
      </w:r>
      <w:r w:rsidR="008023E0" w:rsidRPr="008023E0">
        <w:rPr>
          <w:rFonts w:ascii="Calibri" w:eastAsia="Calibri" w:hAnsi="Calibri" w:cs="Arial" w:hint="cs"/>
          <w:rtl/>
          <w:lang w:bidi="he-IL"/>
        </w:rPr>
        <w:t>( ביתית/חינוכית וכד')</w:t>
      </w:r>
      <w:r w:rsidR="009D73F2">
        <w:rPr>
          <w:rFonts w:ascii="Calibri" w:eastAsia="Calibri" w:hAnsi="Calibri" w:cs="Arial" w:hint="cs"/>
          <w:rtl/>
          <w:lang w:bidi="he-IL"/>
        </w:rPr>
        <w:t xml:space="preserve">: </w:t>
      </w:r>
      <w:r w:rsidR="009D73F2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D73F2">
        <w:rPr>
          <w:rFonts w:asciiTheme="minorBidi" w:hAnsiTheme="minorBidi"/>
          <w:lang w:bidi="he-IL"/>
        </w:rPr>
        <w:instrText xml:space="preserve"> </w:instrText>
      </w:r>
      <w:r w:rsidR="009D73F2">
        <w:rPr>
          <w:rFonts w:asciiTheme="minorBidi" w:hAnsiTheme="minorBidi" w:hint="cs"/>
          <w:lang w:bidi="he-IL"/>
        </w:rPr>
        <w:instrText>FORMTEXT</w:instrText>
      </w:r>
      <w:r w:rsidR="009D73F2">
        <w:rPr>
          <w:rFonts w:asciiTheme="minorBidi" w:hAnsiTheme="minorBidi"/>
          <w:lang w:bidi="he-IL"/>
        </w:rPr>
        <w:instrText xml:space="preserve"> </w:instrText>
      </w:r>
      <w:r w:rsidR="009D73F2">
        <w:rPr>
          <w:rFonts w:asciiTheme="minorBidi" w:hAnsiTheme="minorBidi"/>
          <w:lang w:bidi="he-IL"/>
        </w:rPr>
      </w:r>
      <w:r w:rsidR="009D73F2">
        <w:rPr>
          <w:rFonts w:asciiTheme="minorBidi" w:hAnsiTheme="minorBidi"/>
          <w:lang w:bidi="he-IL"/>
        </w:rPr>
        <w:fldChar w:fldCharType="separate"/>
      </w:r>
      <w:r w:rsidR="009D73F2">
        <w:rPr>
          <w:rFonts w:asciiTheme="minorBidi" w:hAnsiTheme="minorBidi"/>
          <w:noProof/>
          <w:lang w:bidi="he-IL"/>
        </w:rPr>
        <w:t> </w:t>
      </w:r>
      <w:r w:rsidR="009D73F2">
        <w:rPr>
          <w:rFonts w:asciiTheme="minorBidi" w:hAnsiTheme="minorBidi"/>
          <w:noProof/>
          <w:lang w:bidi="he-IL"/>
        </w:rPr>
        <w:t> </w:t>
      </w:r>
      <w:r w:rsidR="009D73F2">
        <w:rPr>
          <w:rFonts w:asciiTheme="minorBidi" w:hAnsiTheme="minorBidi"/>
          <w:noProof/>
          <w:lang w:bidi="he-IL"/>
        </w:rPr>
        <w:t> </w:t>
      </w:r>
      <w:r w:rsidR="009D73F2">
        <w:rPr>
          <w:rFonts w:asciiTheme="minorBidi" w:hAnsiTheme="minorBidi"/>
          <w:noProof/>
          <w:lang w:bidi="he-IL"/>
        </w:rPr>
        <w:t> </w:t>
      </w:r>
      <w:r w:rsidR="009D73F2">
        <w:rPr>
          <w:rFonts w:asciiTheme="minorBidi" w:hAnsiTheme="minorBidi"/>
          <w:noProof/>
          <w:lang w:bidi="he-IL"/>
        </w:rPr>
        <w:t> </w:t>
      </w:r>
      <w:r w:rsidR="009D73F2">
        <w:rPr>
          <w:rFonts w:asciiTheme="minorBidi" w:hAnsiTheme="minorBidi"/>
          <w:lang w:bidi="he-IL"/>
        </w:rPr>
        <w:fldChar w:fldCharType="end"/>
      </w:r>
    </w:p>
    <w:p w:rsidR="009D73F2" w:rsidRDefault="009D73F2" w:rsidP="009D73F2">
      <w:pPr>
        <w:bidi/>
        <w:spacing w:after="160" w:line="360" w:lineRule="auto"/>
        <w:ind w:left="720"/>
        <w:contextualSpacing/>
        <w:rPr>
          <w:rFonts w:ascii="Calibri" w:eastAsia="Calibri" w:hAnsi="Calibri" w:cs="Arial"/>
          <w:rtl/>
          <w:lang w:bidi="he-IL"/>
        </w:rPr>
      </w:pPr>
    </w:p>
    <w:p w:rsidR="009D73F2" w:rsidRDefault="009D73F2" w:rsidP="009D73F2">
      <w:pPr>
        <w:bidi/>
        <w:spacing w:after="160" w:line="360" w:lineRule="auto"/>
        <w:ind w:left="720"/>
        <w:contextualSpacing/>
        <w:rPr>
          <w:rFonts w:ascii="Calibri" w:eastAsia="Calibri" w:hAnsi="Calibri" w:cs="Arial"/>
          <w:rtl/>
          <w:lang w:bidi="he-IL"/>
        </w:rPr>
      </w:pPr>
    </w:p>
    <w:p w:rsidR="009D73F2" w:rsidRDefault="009D73F2" w:rsidP="009D73F2">
      <w:pPr>
        <w:bidi/>
        <w:spacing w:after="160" w:line="360" w:lineRule="auto"/>
        <w:ind w:left="720"/>
        <w:contextualSpacing/>
        <w:rPr>
          <w:rFonts w:ascii="Calibri" w:eastAsia="Calibri" w:hAnsi="Calibri" w:cs="Arial"/>
          <w:rtl/>
          <w:lang w:bidi="he-IL"/>
        </w:rPr>
      </w:pPr>
    </w:p>
    <w:p w:rsidR="009D73F2" w:rsidRPr="00B1186F" w:rsidRDefault="009D73F2" w:rsidP="009D73F2">
      <w:pPr>
        <w:bidi/>
        <w:spacing w:after="160" w:line="360" w:lineRule="auto"/>
        <w:ind w:left="720"/>
        <w:contextualSpacing/>
        <w:rPr>
          <w:rFonts w:ascii="Calibri" w:eastAsia="Calibri" w:hAnsi="Calibri" w:cs="Arial"/>
          <w:lang w:bidi="he-IL"/>
        </w:rPr>
      </w:pPr>
    </w:p>
    <w:p w:rsidR="008023E0" w:rsidRDefault="008023E0" w:rsidP="008023E0">
      <w:pPr>
        <w:numPr>
          <w:ilvl w:val="0"/>
          <w:numId w:val="14"/>
        </w:numPr>
        <w:bidi/>
        <w:spacing w:after="160" w:line="360" w:lineRule="auto"/>
        <w:contextualSpacing/>
        <w:rPr>
          <w:rFonts w:ascii="Calibri" w:eastAsia="Calibri" w:hAnsi="Calibri" w:cs="Arial"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lastRenderedPageBreak/>
        <w:t>מומלץ לנ"ל להרכיב מכשיר/י שמיעה על פי הפירוט הבא:</w:t>
      </w:r>
    </w:p>
    <w:p w:rsidR="009D73F2" w:rsidRDefault="009D73F2" w:rsidP="00CB2FD9">
      <w:pPr>
        <w:bidi/>
        <w:spacing w:after="160" w:line="360" w:lineRule="auto"/>
        <w:ind w:left="360"/>
        <w:rPr>
          <w:rFonts w:ascii="Calibri" w:eastAsia="Calibri" w:hAnsi="Calibri" w:cs="Arial"/>
          <w:b/>
          <w:bCs/>
          <w:rtl/>
          <w:lang w:bidi="he-IL"/>
        </w:rPr>
      </w:pPr>
      <w:r w:rsidRPr="009D73F2">
        <w:rPr>
          <w:rFonts w:ascii="Calibri" w:eastAsia="Calibri" w:hAnsi="Calibri" w:cs="Arial" w:hint="cs"/>
          <w:b/>
          <w:bCs/>
          <w:rtl/>
          <w:lang w:bidi="he-IL"/>
        </w:rPr>
        <w:t xml:space="preserve">יש למלא את הטבלה מטה </w:t>
      </w:r>
      <w:r w:rsidR="00CB2FD9">
        <w:rPr>
          <w:rFonts w:ascii="Calibri" w:eastAsia="Calibri" w:hAnsi="Calibri" w:cs="Arial" w:hint="cs"/>
          <w:b/>
          <w:bCs/>
          <w:rtl/>
          <w:lang w:bidi="he-IL"/>
        </w:rPr>
        <w:t>בהתאם לנתונים המפורטים</w:t>
      </w:r>
      <w:r w:rsidRPr="009D73F2">
        <w:rPr>
          <w:rFonts w:ascii="Calibri" w:eastAsia="Calibri" w:hAnsi="Calibri" w:cs="Arial" w:hint="cs"/>
          <w:b/>
          <w:bCs/>
          <w:rtl/>
          <w:lang w:bidi="he-IL"/>
        </w:rPr>
        <w:t xml:space="preserve"> באתר כללית הנדסה</w:t>
      </w:r>
      <w:r w:rsidR="00CB2FD9">
        <w:rPr>
          <w:rFonts w:ascii="Calibri" w:eastAsia="Calibri" w:hAnsi="Calibri" w:cs="Arial" w:hint="cs"/>
          <w:b/>
          <w:bCs/>
          <w:rtl/>
          <w:lang w:bidi="he-IL"/>
        </w:rPr>
        <w:t>:</w:t>
      </w:r>
    </w:p>
    <w:p w:rsidR="00CB2FD9" w:rsidRPr="00CB2FD9" w:rsidRDefault="00CB2FD9" w:rsidP="00CB2FD9">
      <w:pPr>
        <w:pStyle w:val="ae"/>
        <w:numPr>
          <w:ilvl w:val="0"/>
          <w:numId w:val="18"/>
        </w:numPr>
        <w:bidi/>
        <w:spacing w:after="160" w:line="360" w:lineRule="auto"/>
        <w:rPr>
          <w:rFonts w:ascii="Calibri" w:eastAsia="Calibri" w:hAnsi="Calibri" w:cs="Arial"/>
          <w:rtl/>
          <w:lang w:bidi="he-IL"/>
        </w:rPr>
      </w:pPr>
      <w:r w:rsidRPr="00CB2FD9">
        <w:rPr>
          <w:rFonts w:ascii="Calibri" w:eastAsia="Calibri" w:hAnsi="Calibri" w:cs="Arial" w:hint="cs"/>
          <w:rtl/>
          <w:lang w:bidi="he-IL"/>
        </w:rPr>
        <w:t xml:space="preserve">מדטון- לרשימת המק"טים </w:t>
      </w:r>
      <w:hyperlink r:id="rId8" w:history="1">
        <w:r w:rsidRPr="00CB2FD9">
          <w:rPr>
            <w:rStyle w:val="Hyperlink"/>
            <w:rFonts w:ascii="Calibri" w:eastAsia="Calibri" w:hAnsi="Calibri" w:cs="Arial" w:hint="cs"/>
            <w:rtl/>
            <w:lang w:bidi="he-IL"/>
          </w:rPr>
          <w:t>לחץ כאן</w:t>
        </w:r>
      </w:hyperlink>
    </w:p>
    <w:p w:rsidR="00CB2FD9" w:rsidRPr="00CB2FD9" w:rsidRDefault="00CB2FD9" w:rsidP="00CB2FD9">
      <w:pPr>
        <w:pStyle w:val="ae"/>
        <w:numPr>
          <w:ilvl w:val="0"/>
          <w:numId w:val="18"/>
        </w:numPr>
        <w:bidi/>
        <w:spacing w:after="160" w:line="360" w:lineRule="auto"/>
        <w:rPr>
          <w:rFonts w:ascii="Calibri" w:eastAsia="Calibri" w:hAnsi="Calibri" w:cs="Arial"/>
          <w:rtl/>
          <w:lang w:bidi="he-IL"/>
        </w:rPr>
      </w:pPr>
      <w:r w:rsidRPr="00CB2FD9">
        <w:rPr>
          <w:rtl/>
          <w:lang w:bidi="he-IL"/>
        </w:rPr>
        <w:t>מדנט</w:t>
      </w:r>
      <w:r w:rsidRPr="00CB2FD9">
        <w:rPr>
          <w:rFonts w:ascii="Calibri" w:eastAsia="Calibri" w:hAnsi="Calibri" w:cs="Arial" w:hint="cs"/>
          <w:rtl/>
          <w:lang w:bidi="he-IL"/>
        </w:rPr>
        <w:t xml:space="preserve">- לרשימת המק"טים </w:t>
      </w:r>
      <w:hyperlink r:id="rId9" w:history="1">
        <w:r w:rsidRPr="00CB2FD9">
          <w:rPr>
            <w:rStyle w:val="Hyperlink"/>
            <w:rFonts w:ascii="Calibri" w:eastAsia="Calibri" w:hAnsi="Calibri" w:cs="Arial" w:hint="cs"/>
            <w:rtl/>
            <w:lang w:bidi="he-IL"/>
          </w:rPr>
          <w:t>לחץ כאן</w:t>
        </w:r>
      </w:hyperlink>
    </w:p>
    <w:p w:rsidR="00CB2FD9" w:rsidRPr="00CB2FD9" w:rsidRDefault="00CB2FD9" w:rsidP="00CB2FD9">
      <w:pPr>
        <w:pStyle w:val="ae"/>
        <w:numPr>
          <w:ilvl w:val="0"/>
          <w:numId w:val="18"/>
        </w:numPr>
        <w:bidi/>
        <w:spacing w:after="160" w:line="360" w:lineRule="auto"/>
        <w:rPr>
          <w:rFonts w:ascii="Calibri" w:eastAsia="Calibri" w:hAnsi="Calibri" w:cs="Arial"/>
          <w:rtl/>
          <w:lang w:bidi="he-IL"/>
        </w:rPr>
      </w:pPr>
      <w:r w:rsidRPr="00CB2FD9">
        <w:rPr>
          <w:rtl/>
          <w:lang w:bidi="he-IL"/>
        </w:rPr>
        <w:t>סונובה</w:t>
      </w:r>
      <w:r w:rsidRPr="00CB2FD9">
        <w:rPr>
          <w:rFonts w:ascii="Calibri" w:eastAsia="Calibri" w:hAnsi="Calibri" w:cs="Arial" w:hint="cs"/>
          <w:rtl/>
          <w:lang w:bidi="he-IL"/>
        </w:rPr>
        <w:t xml:space="preserve">- לרשימת המק"טים </w:t>
      </w:r>
      <w:hyperlink r:id="rId10" w:history="1">
        <w:r w:rsidRPr="00CB2FD9">
          <w:rPr>
            <w:rStyle w:val="Hyperlink"/>
            <w:rFonts w:ascii="Calibri" w:eastAsia="Calibri" w:hAnsi="Calibri" w:cs="Arial" w:hint="cs"/>
            <w:rtl/>
            <w:lang w:bidi="he-IL"/>
          </w:rPr>
          <w:t>לחץ כאן</w:t>
        </w:r>
      </w:hyperlink>
    </w:p>
    <w:p w:rsidR="00CB2FD9" w:rsidRPr="00CB2FD9" w:rsidRDefault="00CB2FD9" w:rsidP="00CB2FD9">
      <w:pPr>
        <w:pStyle w:val="ae"/>
        <w:numPr>
          <w:ilvl w:val="0"/>
          <w:numId w:val="18"/>
        </w:numPr>
        <w:bidi/>
        <w:spacing w:after="160" w:line="360" w:lineRule="auto"/>
        <w:rPr>
          <w:rFonts w:ascii="Calibri" w:eastAsia="Calibri" w:hAnsi="Calibri" w:cs="Arial"/>
          <w:rtl/>
          <w:lang w:bidi="he-IL"/>
        </w:rPr>
      </w:pPr>
      <w:r w:rsidRPr="00CB2FD9">
        <w:rPr>
          <w:rtl/>
          <w:lang w:bidi="he-IL"/>
        </w:rPr>
        <w:t>מדטכניקה אורתופון</w:t>
      </w:r>
      <w:r w:rsidRPr="00CB2FD9">
        <w:rPr>
          <w:rFonts w:ascii="Calibri" w:eastAsia="Calibri" w:hAnsi="Calibri" w:cs="Arial" w:hint="cs"/>
          <w:rtl/>
          <w:lang w:bidi="he-IL"/>
        </w:rPr>
        <w:t xml:space="preserve">- לרשימת המק"טים </w:t>
      </w:r>
      <w:hyperlink r:id="rId11" w:history="1">
        <w:r w:rsidRPr="00CB2FD9">
          <w:rPr>
            <w:rStyle w:val="Hyperlink"/>
            <w:rFonts w:ascii="Calibri" w:eastAsia="Calibri" w:hAnsi="Calibri" w:cs="Arial" w:hint="cs"/>
            <w:rtl/>
            <w:lang w:bidi="he-IL"/>
          </w:rPr>
          <w:t>לחץ כאן</w:t>
        </w:r>
      </w:hyperlink>
    </w:p>
    <w:p w:rsidR="009D73F2" w:rsidRPr="009D73F2" w:rsidRDefault="009D73F2" w:rsidP="009D73F2">
      <w:pPr>
        <w:bidi/>
        <w:spacing w:after="160" w:line="360" w:lineRule="auto"/>
        <w:ind w:left="360"/>
        <w:rPr>
          <w:rFonts w:ascii="Calibri" w:eastAsia="Calibri" w:hAnsi="Calibri" w:cs="Arial"/>
          <w:b/>
          <w:bCs/>
          <w:sz w:val="20"/>
          <w:szCs w:val="20"/>
          <w:rtl/>
          <w:lang w:bidi="he-IL"/>
        </w:rPr>
      </w:pPr>
      <w:r w:rsidRPr="009D73F2">
        <w:rPr>
          <w:rFonts w:ascii="Calibri" w:eastAsia="Calibri" w:hAnsi="Calibri" w:cs="Arial" w:hint="cs"/>
          <w:b/>
          <w:bCs/>
          <w:sz w:val="20"/>
          <w:szCs w:val="20"/>
          <w:rtl/>
          <w:lang w:bidi="he-IL"/>
        </w:rPr>
        <w:t>*יש להעתיק את דגם המכשיר מהטבלה בקישור ואת מספר מקט ולהדביק</w:t>
      </w:r>
    </w:p>
    <w:tbl>
      <w:tblPr>
        <w:tblStyle w:val="14"/>
        <w:bidiVisual/>
        <w:tblW w:w="0" w:type="auto"/>
        <w:tblLook w:val="04A0" w:firstRow="1" w:lastRow="0" w:firstColumn="1" w:lastColumn="0" w:noHBand="0" w:noVBand="1"/>
      </w:tblPr>
      <w:tblGrid>
        <w:gridCol w:w="727"/>
        <w:gridCol w:w="1386"/>
        <w:gridCol w:w="2253"/>
        <w:gridCol w:w="1393"/>
        <w:gridCol w:w="1345"/>
        <w:gridCol w:w="1526"/>
      </w:tblGrid>
      <w:tr w:rsidR="00D93DA9" w:rsidRPr="008023E0" w:rsidTr="00D93DA9">
        <w:tc>
          <w:tcPr>
            <w:tcW w:w="727" w:type="dxa"/>
          </w:tcPr>
          <w:p w:rsidR="00D93DA9" w:rsidRPr="008023E0" w:rsidRDefault="00D93DA9" w:rsidP="008023E0">
            <w:pPr>
              <w:bidi/>
              <w:rPr>
                <w:rFonts w:ascii="Calibri" w:hAnsi="Calibri" w:cs="Arial"/>
                <w:rtl/>
              </w:rPr>
            </w:pPr>
            <w:r w:rsidRPr="008023E0">
              <w:rPr>
                <w:rFonts w:ascii="Calibri" w:hAnsi="Calibri" w:cs="Arial" w:hint="cs"/>
                <w:rtl/>
              </w:rPr>
              <w:t>אוזן</w:t>
            </w:r>
          </w:p>
        </w:tc>
        <w:tc>
          <w:tcPr>
            <w:tcW w:w="1386" w:type="dxa"/>
          </w:tcPr>
          <w:p w:rsidR="00D93DA9" w:rsidRPr="008023E0" w:rsidRDefault="00D93DA9" w:rsidP="008023E0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="Calibri" w:hAnsi="Calibri" w:cs="Arial" w:hint="cs"/>
                <w:rtl/>
              </w:rPr>
              <w:t>מק"ט קופה</w:t>
            </w:r>
          </w:p>
        </w:tc>
        <w:tc>
          <w:tcPr>
            <w:tcW w:w="2253" w:type="dxa"/>
          </w:tcPr>
          <w:p w:rsidR="00D93DA9" w:rsidRPr="008023E0" w:rsidRDefault="00D93DA9" w:rsidP="008023E0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="Calibri" w:hAnsi="Calibri" w:cs="Arial" w:hint="cs"/>
                <w:rtl/>
              </w:rPr>
              <w:t>תיאור מוצר</w:t>
            </w:r>
          </w:p>
        </w:tc>
        <w:tc>
          <w:tcPr>
            <w:tcW w:w="1393" w:type="dxa"/>
          </w:tcPr>
          <w:p w:rsidR="00D93DA9" w:rsidRPr="008023E0" w:rsidRDefault="00D93DA9" w:rsidP="008023E0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="Calibri" w:hAnsi="Calibri" w:cs="Arial" w:hint="cs"/>
                <w:rtl/>
              </w:rPr>
              <w:t>תצורה</w:t>
            </w:r>
            <w:r w:rsidRPr="008023E0">
              <w:rPr>
                <w:rFonts w:ascii="Calibri" w:hAnsi="Calibri" w:cs="Arial" w:hint="cs"/>
                <w:rtl/>
              </w:rPr>
              <w:t xml:space="preserve"> </w:t>
            </w:r>
          </w:p>
        </w:tc>
        <w:tc>
          <w:tcPr>
            <w:tcW w:w="1345" w:type="dxa"/>
          </w:tcPr>
          <w:p w:rsidR="00D93DA9" w:rsidRPr="008023E0" w:rsidRDefault="00D93DA9" w:rsidP="008023E0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="Calibri" w:hAnsi="Calibri" w:cs="Arial" w:hint="cs"/>
                <w:rtl/>
              </w:rPr>
              <w:t>שם יצרן</w:t>
            </w:r>
          </w:p>
        </w:tc>
        <w:tc>
          <w:tcPr>
            <w:tcW w:w="1526" w:type="dxa"/>
          </w:tcPr>
          <w:p w:rsidR="00D93DA9" w:rsidRPr="008023E0" w:rsidRDefault="00D93DA9" w:rsidP="008023E0">
            <w:pPr>
              <w:bidi/>
              <w:rPr>
                <w:rFonts w:ascii="Calibri" w:hAnsi="Calibri" w:cs="Arial"/>
                <w:rtl/>
              </w:rPr>
            </w:pPr>
            <w:r w:rsidRPr="008023E0">
              <w:rPr>
                <w:rFonts w:ascii="Calibri" w:hAnsi="Calibri" w:cs="Arial" w:hint="cs"/>
                <w:rtl/>
              </w:rPr>
              <w:t>שם המכון /הסניף</w:t>
            </w:r>
          </w:p>
        </w:tc>
      </w:tr>
      <w:tr w:rsidR="00BD228D" w:rsidRPr="008023E0" w:rsidTr="00D93DA9">
        <w:trPr>
          <w:trHeight w:val="440"/>
        </w:trPr>
        <w:tc>
          <w:tcPr>
            <w:tcW w:w="727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 w:rsidRPr="008023E0">
              <w:rPr>
                <w:rFonts w:ascii="Calibri" w:hAnsi="Calibri" w:cs="Arial" w:hint="cs"/>
                <w:rtl/>
              </w:rPr>
              <w:t>ימין</w:t>
            </w:r>
          </w:p>
        </w:tc>
        <w:tc>
          <w:tcPr>
            <w:tcW w:w="1386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bookmarkStart w:id="1" w:name="_GoBack"/>
            <w:bookmarkEnd w:id="1"/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2253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1393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1345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1526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</w:tr>
      <w:tr w:rsidR="00BD228D" w:rsidRPr="008023E0" w:rsidTr="00D93DA9">
        <w:trPr>
          <w:trHeight w:val="404"/>
        </w:trPr>
        <w:tc>
          <w:tcPr>
            <w:tcW w:w="727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 w:rsidRPr="008023E0">
              <w:rPr>
                <w:rFonts w:ascii="Calibri" w:hAnsi="Calibri" w:cs="Arial" w:hint="cs"/>
                <w:rtl/>
              </w:rPr>
              <w:t>שמאל</w:t>
            </w:r>
          </w:p>
        </w:tc>
        <w:tc>
          <w:tcPr>
            <w:tcW w:w="1386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2253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1393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1345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1526" w:type="dxa"/>
          </w:tcPr>
          <w:p w:rsidR="00BD228D" w:rsidRPr="008023E0" w:rsidRDefault="00BD228D" w:rsidP="00BD228D">
            <w:pPr>
              <w:bidi/>
              <w:rPr>
                <w:rFonts w:ascii="Calibri" w:hAnsi="Calibri" w:cs="Arial"/>
                <w:rtl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</w:tr>
    </w:tbl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המשפחה קיבלה הסבר להמלצות שניתנו </w:t>
      </w:r>
      <w:sdt>
        <w:sdtPr>
          <w:rPr>
            <w:rFonts w:ascii="Calibri" w:eastAsia="Calibri" w:hAnsi="Calibri" w:cs="Arial" w:hint="cs"/>
            <w:rtl/>
            <w:lang w:bidi="he-IL"/>
          </w:rPr>
          <w:id w:val="12003677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1C25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/>
          <w:lang w:bidi="he-IL"/>
        </w:rPr>
        <w:t xml:space="preserve"> </w:t>
      </w:r>
      <w:r>
        <w:rPr>
          <w:rFonts w:ascii="Calibri" w:eastAsia="Calibri" w:hAnsi="Calibri" w:cs="Arial" w:hint="cs"/>
          <w:rtl/>
          <w:lang w:bidi="he-IL"/>
        </w:rPr>
        <w:t xml:space="preserve"> </w:t>
      </w:r>
      <w:r w:rsidRPr="008023E0">
        <w:rPr>
          <w:rFonts w:ascii="Calibri" w:eastAsia="Calibri" w:hAnsi="Calibri" w:cs="Arial" w:hint="cs"/>
          <w:rtl/>
          <w:lang w:bidi="he-IL"/>
        </w:rPr>
        <w:t xml:space="preserve">כן / </w:t>
      </w:r>
      <w:sdt>
        <w:sdtPr>
          <w:rPr>
            <w:rFonts w:ascii="Calibri" w:eastAsia="Calibri" w:hAnsi="Calibri" w:cs="Arial" w:hint="cs"/>
            <w:rtl/>
            <w:lang w:bidi="he-IL"/>
          </w:rPr>
          <w:id w:val="-442612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1C25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/>
          <w:lang w:bidi="he-IL"/>
        </w:rPr>
        <w:t xml:space="preserve"> </w:t>
      </w:r>
      <w:r>
        <w:rPr>
          <w:rFonts w:ascii="Calibri" w:eastAsia="Calibri" w:hAnsi="Calibri" w:cs="Arial" w:hint="cs"/>
          <w:rtl/>
          <w:lang w:bidi="he-IL"/>
        </w:rPr>
        <w:t xml:space="preserve"> </w:t>
      </w:r>
      <w:r w:rsidRPr="008023E0">
        <w:rPr>
          <w:rFonts w:ascii="Calibri" w:eastAsia="Calibri" w:hAnsi="Calibri" w:cs="Arial" w:hint="cs"/>
          <w:rtl/>
          <w:lang w:bidi="he-IL"/>
        </w:rPr>
        <w:t>לא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highlight w:val="yellow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>במידה שבוצעה התאמה למכשיר/ים בדרגת פרימיום</w:t>
      </w:r>
      <w:r w:rsidR="001B7499" w:rsidRPr="001B7499">
        <w:rPr>
          <w:rFonts w:ascii="Calibri" w:eastAsia="Calibri" w:hAnsi="Calibri" w:cs="Arial" w:hint="cs"/>
          <w:rtl/>
          <w:lang w:bidi="he-IL"/>
        </w:rPr>
        <w:t>: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נא לפרט את הסיבה: </w:t>
      </w: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p w:rsidR="008023E0" w:rsidRPr="008023E0" w:rsidRDefault="001B7499" w:rsidP="008023E0">
      <w:pPr>
        <w:bidi/>
        <w:spacing w:after="160" w:line="259" w:lineRule="auto"/>
        <w:rPr>
          <w:rFonts w:ascii="Calibri" w:eastAsia="Calibri" w:hAnsi="Calibri" w:cs="Arial"/>
          <w:lang w:bidi="he-IL"/>
        </w:rPr>
      </w:pPr>
      <w:r>
        <w:rPr>
          <w:rFonts w:ascii="Calibri" w:eastAsia="Calibri" w:hAnsi="Calibri" w:cs="Arial" w:hint="cs"/>
          <w:rtl/>
          <w:lang w:bidi="he-IL"/>
        </w:rPr>
        <w:t>המשפחה יודעת</w:t>
      </w:r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שיש אפשרות למכשירים ללא תוספת תשלום</w:t>
      </w:r>
      <w:r>
        <w:rPr>
          <w:rFonts w:ascii="Calibri" w:eastAsia="Calibri" w:hAnsi="Calibri" w:cs="Arial" w:hint="cs"/>
          <w:rtl/>
          <w:lang w:bidi="he-IL"/>
        </w:rPr>
        <w:t>:</w:t>
      </w:r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</w:t>
      </w:r>
      <w:sdt>
        <w:sdtPr>
          <w:rPr>
            <w:rFonts w:ascii="Calibri" w:eastAsia="Calibri" w:hAnsi="Calibri" w:cs="Arial" w:hint="cs"/>
            <w:rtl/>
            <w:lang w:bidi="he-IL"/>
          </w:rPr>
          <w:id w:val="5616775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3E0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 w:hint="cs"/>
          <w:rtl/>
          <w:lang w:bidi="he-IL"/>
        </w:rPr>
        <w:t>כן /</w:t>
      </w:r>
      <w:sdt>
        <w:sdtPr>
          <w:rPr>
            <w:rFonts w:ascii="Calibri" w:eastAsia="Calibri" w:hAnsi="Calibri" w:cs="Arial" w:hint="cs"/>
            <w:rtl/>
            <w:lang w:bidi="he-IL"/>
          </w:rPr>
          <w:id w:val="15077026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3E0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לא  </w:t>
      </w:r>
    </w:p>
    <w:p w:rsid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במקרה שהותאם לילד, לפי בחירת המשפחה, מכשיר שונה ממה שהומלץ ע"י הקלינאי (לדוגמה </w:t>
      </w:r>
      <w:r w:rsidRPr="008023E0">
        <w:rPr>
          <w:rFonts w:ascii="Calibri" w:eastAsia="Calibri" w:hAnsi="Calibri" w:cs="Arial"/>
          <w:rtl/>
          <w:lang w:bidi="he-IL"/>
        </w:rPr>
        <w:t>–</w:t>
      </w:r>
      <w:r w:rsidRPr="008023E0">
        <w:rPr>
          <w:rFonts w:ascii="Calibri" w:eastAsia="Calibri" w:hAnsi="Calibri" w:cs="Arial" w:hint="cs"/>
          <w:rtl/>
          <w:lang w:bidi="he-IL"/>
        </w:rPr>
        <w:t xml:space="preserve"> מכשיר קטן יותר) </w:t>
      </w:r>
      <w:r w:rsidRPr="008023E0">
        <w:rPr>
          <w:rFonts w:ascii="Calibri" w:eastAsia="Calibri" w:hAnsi="Calibri" w:cs="Arial"/>
          <w:rtl/>
          <w:lang w:bidi="he-IL"/>
        </w:rPr>
        <w:t>–</w:t>
      </w:r>
      <w:r w:rsidRPr="008023E0">
        <w:rPr>
          <w:rFonts w:ascii="Calibri" w:eastAsia="Calibri" w:hAnsi="Calibri" w:cs="Arial" w:hint="cs"/>
          <w:rtl/>
          <w:lang w:bidi="he-IL"/>
        </w:rPr>
        <w:t xml:space="preserve"> נא לפרט מדוע </w:t>
      </w: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p w:rsidR="001B7499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>הוסבר להורים כיצד להימנע מאובדן של המכשירים (שרוך עיגון, שמירה בקופסה ייעודית וכו')</w:t>
      </w:r>
      <w:r w:rsidR="001B7499">
        <w:rPr>
          <w:rFonts w:ascii="Calibri" w:eastAsia="Calibri" w:hAnsi="Calibri" w:cs="Arial" w:hint="cs"/>
          <w:rtl/>
          <w:lang w:bidi="he-IL"/>
        </w:rPr>
        <w:t>:</w:t>
      </w:r>
    </w:p>
    <w:p w:rsidR="008023E0" w:rsidRPr="008023E0" w:rsidRDefault="002263BD" w:rsidP="001B7499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sdt>
        <w:sdtPr>
          <w:rPr>
            <w:rFonts w:ascii="Calibri" w:eastAsia="Calibri" w:hAnsi="Calibri" w:cs="Arial" w:hint="cs"/>
            <w:rtl/>
            <w:lang w:bidi="he-IL"/>
          </w:rPr>
          <w:id w:val="-844252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7499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 w:hint="cs"/>
          <w:rtl/>
          <w:lang w:bidi="he-IL"/>
        </w:rPr>
        <w:t xml:space="preserve"> כן / </w:t>
      </w:r>
      <w:sdt>
        <w:sdtPr>
          <w:rPr>
            <w:rFonts w:ascii="Calibri" w:eastAsia="Calibri" w:hAnsi="Calibri" w:cs="Arial" w:hint="cs"/>
            <w:rtl/>
            <w:lang w:bidi="he-IL"/>
          </w:rPr>
          <w:id w:val="20531948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7499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8023E0" w:rsidRPr="008023E0">
        <w:rPr>
          <w:rFonts w:ascii="Calibri" w:eastAsia="Calibri" w:hAnsi="Calibri" w:cs="Arial" w:hint="cs"/>
          <w:rtl/>
          <w:lang w:bidi="he-IL"/>
        </w:rPr>
        <w:t>לא</w:t>
      </w:r>
    </w:p>
    <w:p w:rsidR="008023E0" w:rsidRPr="008023E0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במקרה של התאמה לתינוקות וילדים צעירים (ובכל מקרה אחר שרלוונטי): הוסבר להורים לגבי </w:t>
      </w:r>
      <w:r w:rsidRPr="008023E0">
        <w:rPr>
          <w:rFonts w:ascii="Calibri" w:eastAsia="Calibri" w:hAnsi="Calibri" w:cs="Arial"/>
          <w:lang w:bidi="he-IL"/>
        </w:rPr>
        <w:t>hook</w:t>
      </w:r>
      <w:r w:rsidRPr="008023E0">
        <w:rPr>
          <w:rFonts w:ascii="Calibri" w:eastAsia="Calibri" w:hAnsi="Calibri" w:cs="Arial" w:hint="cs"/>
          <w:rtl/>
          <w:lang w:bidi="he-IL"/>
        </w:rPr>
        <w:t xml:space="preserve"> ובית סוללה מאובטחים</w:t>
      </w:r>
      <w:r w:rsidR="001B7499">
        <w:rPr>
          <w:rFonts w:ascii="Calibri" w:eastAsia="Calibri" w:hAnsi="Calibri" w:cs="Arial" w:hint="cs"/>
          <w:rtl/>
          <w:lang w:bidi="he-IL"/>
        </w:rPr>
        <w:t>:</w:t>
      </w:r>
      <w:r w:rsidRPr="008023E0">
        <w:rPr>
          <w:rFonts w:ascii="Calibri" w:eastAsia="Calibri" w:hAnsi="Calibri" w:cs="Arial" w:hint="cs"/>
          <w:rtl/>
          <w:lang w:bidi="he-IL"/>
        </w:rPr>
        <w:t xml:space="preserve"> </w:t>
      </w:r>
      <w:sdt>
        <w:sdtPr>
          <w:rPr>
            <w:rFonts w:ascii="Calibri" w:eastAsia="Calibri" w:hAnsi="Calibri" w:cs="Arial" w:hint="cs"/>
            <w:rtl/>
            <w:lang w:bidi="he-IL"/>
          </w:rPr>
          <w:id w:val="-12690791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7499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 xml:space="preserve">כן / </w:t>
      </w:r>
      <w:sdt>
        <w:sdtPr>
          <w:rPr>
            <w:rFonts w:ascii="Calibri" w:eastAsia="Calibri" w:hAnsi="Calibri" w:cs="Arial" w:hint="cs"/>
            <w:rtl/>
            <w:lang w:bidi="he-IL"/>
          </w:rPr>
          <w:id w:val="1180392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7499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8023E0">
        <w:rPr>
          <w:rFonts w:ascii="Calibri" w:eastAsia="Calibri" w:hAnsi="Calibri" w:cs="Arial" w:hint="cs"/>
          <w:rtl/>
          <w:lang w:bidi="he-IL"/>
        </w:rPr>
        <w:t>לא</w:t>
      </w:r>
    </w:p>
    <w:p w:rsidR="001B7499" w:rsidRDefault="008023E0" w:rsidP="008023E0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 w:rsidRPr="008023E0">
        <w:rPr>
          <w:rFonts w:ascii="Calibri" w:eastAsia="Calibri" w:hAnsi="Calibri" w:cs="Arial" w:hint="cs"/>
          <w:rtl/>
          <w:lang w:bidi="he-IL"/>
        </w:rPr>
        <w:t xml:space="preserve">הערות: </w:t>
      </w:r>
    </w:p>
    <w:p w:rsidR="001B7499" w:rsidRDefault="001B7499" w:rsidP="001B7499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p w:rsidR="009D73F2" w:rsidRDefault="009D73F2" w:rsidP="009D73F2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</w:p>
    <w:p w:rsidR="009D73F2" w:rsidRDefault="009D73F2" w:rsidP="009D73F2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</w:p>
    <w:p w:rsidR="009D73F2" w:rsidRDefault="009D73F2" w:rsidP="009D73F2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</w:p>
    <w:p w:rsidR="009D73F2" w:rsidRDefault="009D73F2" w:rsidP="009D73F2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</w:p>
    <w:p w:rsidR="009D73F2" w:rsidRDefault="009D73F2" w:rsidP="009D73F2">
      <w:pPr>
        <w:bidi/>
        <w:spacing w:after="160" w:line="259" w:lineRule="auto"/>
        <w:rPr>
          <w:rFonts w:ascii="Calibri" w:eastAsia="Calibri" w:hAnsi="Calibri" w:cs="Arial"/>
          <w:rtl/>
          <w:lang w:bidi="he-IL"/>
        </w:rPr>
      </w:pPr>
    </w:p>
    <w:tbl>
      <w:tblPr>
        <w:tblW w:w="8763" w:type="dxa"/>
        <w:tblLayout w:type="fixed"/>
        <w:tblLook w:val="04A0" w:firstRow="1" w:lastRow="0" w:firstColumn="1" w:lastColumn="0" w:noHBand="0" w:noVBand="1"/>
      </w:tblPr>
      <w:tblGrid>
        <w:gridCol w:w="4395"/>
        <w:gridCol w:w="4368"/>
      </w:tblGrid>
      <w:tr w:rsidR="00672760" w:rsidRPr="00FF1106" w:rsidTr="00A71C25">
        <w:tc>
          <w:tcPr>
            <w:tcW w:w="876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72760" w:rsidRPr="00A71C25" w:rsidRDefault="001B7499" w:rsidP="0067276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hd w:val="clear" w:color="auto" w:fill="D9D9D9" w:themeFill="background1" w:themeFillShade="D9"/>
              <w:bidi/>
              <w:spacing w:after="0" w:line="240" w:lineRule="auto"/>
              <w:rPr>
                <w:rFonts w:asciiTheme="minorBidi" w:hAnsiTheme="minorBidi"/>
                <w:b/>
                <w:bCs/>
                <w:rtl/>
                <w:lang w:bidi="he-IL"/>
              </w:rPr>
            </w:pPr>
            <w:r w:rsidRPr="00A71C25">
              <w:rPr>
                <w:rFonts w:asciiTheme="minorBidi" w:hAnsiTheme="minorBidi"/>
                <w:b/>
                <w:bCs/>
                <w:rtl/>
                <w:lang w:bidi="he-IL"/>
              </w:rPr>
              <w:br w:type="column"/>
            </w:r>
            <w:r w:rsidR="00672760" w:rsidRPr="00A71C25">
              <w:rPr>
                <w:rFonts w:asciiTheme="minorBidi" w:hAnsiTheme="minorBidi" w:cs="Arial" w:hint="cs"/>
                <w:b/>
                <w:bCs/>
                <w:rtl/>
                <w:lang w:bidi="he-IL"/>
              </w:rPr>
              <w:t>פרטי</w:t>
            </w:r>
            <w:r w:rsidR="00672760" w:rsidRPr="00A71C25">
              <w:rPr>
                <w:rFonts w:asciiTheme="minorBidi" w:hAnsiTheme="minorBidi" w:cs="Arial"/>
                <w:b/>
                <w:bCs/>
                <w:rtl/>
                <w:lang w:bidi="he-IL"/>
              </w:rPr>
              <w:t xml:space="preserve"> </w:t>
            </w:r>
            <w:r w:rsidR="00672760" w:rsidRPr="00A71C25">
              <w:rPr>
                <w:rFonts w:asciiTheme="minorBidi" w:hAnsiTheme="minorBidi" w:cs="Arial" w:hint="cs"/>
                <w:b/>
                <w:bCs/>
                <w:rtl/>
                <w:lang w:bidi="he-IL"/>
              </w:rPr>
              <w:t>קלינאי</w:t>
            </w:r>
            <w:r w:rsidR="00672760" w:rsidRPr="00A71C25">
              <w:rPr>
                <w:rFonts w:asciiTheme="minorBidi" w:hAnsiTheme="minorBidi" w:cs="Arial"/>
                <w:b/>
                <w:bCs/>
                <w:rtl/>
                <w:lang w:bidi="he-IL"/>
              </w:rPr>
              <w:t>/</w:t>
            </w:r>
            <w:r w:rsidR="00672760" w:rsidRPr="00A71C25">
              <w:rPr>
                <w:rFonts w:asciiTheme="minorBidi" w:hAnsiTheme="minorBidi" w:cs="Arial" w:hint="cs"/>
                <w:b/>
                <w:bCs/>
                <w:rtl/>
                <w:lang w:bidi="he-IL"/>
              </w:rPr>
              <w:t>ת</w:t>
            </w:r>
            <w:r w:rsidR="00672760" w:rsidRPr="00A71C25">
              <w:rPr>
                <w:rFonts w:asciiTheme="minorBidi" w:hAnsiTheme="minorBidi" w:cs="Arial"/>
                <w:b/>
                <w:bCs/>
                <w:rtl/>
                <w:lang w:bidi="he-IL"/>
              </w:rPr>
              <w:t xml:space="preserve"> </w:t>
            </w:r>
            <w:r w:rsidR="00672760" w:rsidRPr="00A71C25">
              <w:rPr>
                <w:rFonts w:asciiTheme="minorBidi" w:hAnsiTheme="minorBidi" w:cs="Arial" w:hint="cs"/>
                <w:b/>
                <w:bCs/>
                <w:rtl/>
                <w:lang w:bidi="he-IL"/>
              </w:rPr>
              <w:t>התקשורת</w:t>
            </w:r>
            <w:r w:rsidR="00672760" w:rsidRPr="00A71C25">
              <w:rPr>
                <w:rFonts w:asciiTheme="minorBidi" w:hAnsiTheme="minorBidi" w:cs="Arial"/>
                <w:b/>
                <w:bCs/>
                <w:rtl/>
                <w:lang w:bidi="he-IL"/>
              </w:rPr>
              <w:t xml:space="preserve"> </w:t>
            </w:r>
            <w:r w:rsidR="00672760" w:rsidRPr="00A71C25">
              <w:rPr>
                <w:rFonts w:asciiTheme="minorBidi" w:hAnsiTheme="minorBidi" w:cs="Arial" w:hint="cs"/>
                <w:b/>
                <w:bCs/>
                <w:rtl/>
                <w:lang w:bidi="he-IL"/>
              </w:rPr>
              <w:t>הממליץ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מספר תעודת מקצוע: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שם פרטי ומשפחה:</w:t>
            </w:r>
            <w:r>
              <w:rPr>
                <w:rFonts w:asciiTheme="minorBidi" w:hAnsiTheme="minorBidi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</w:rPr>
            </w:pP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8023E0" w:rsidRPr="008023E0" w:rsidRDefault="008023E0" w:rsidP="008023E0">
            <w:pPr>
              <w:bidi/>
              <w:spacing w:after="0" w:line="240" w:lineRule="auto"/>
              <w:rPr>
                <w:rFonts w:asciiTheme="minorBidi" w:hAnsiTheme="minorBidi"/>
                <w:sz w:val="10"/>
                <w:szCs w:val="10"/>
                <w:rtl/>
                <w:lang w:bidi="he-IL"/>
              </w:rPr>
            </w:pPr>
          </w:p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 w:cs="Arial"/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פרטי יצירת קשר עם הקלינאי</w:t>
            </w:r>
            <w:r>
              <w:rPr>
                <w:rFonts w:asciiTheme="minorBidi" w:hAnsiTheme="minorBidi" w:cs="Arial" w:hint="cs"/>
                <w:rtl/>
                <w:lang w:bidi="he-IL"/>
              </w:rPr>
              <w:t>: נייד</w:t>
            </w:r>
            <w:r w:rsidR="008023E0">
              <w:rPr>
                <w:rFonts w:asciiTheme="minorBidi" w:hAnsiTheme="minorBidi" w:cs="Arial" w:hint="cs"/>
                <w:rtl/>
                <w:lang w:bidi="he-IL"/>
              </w:rPr>
              <w:t>:</w:t>
            </w:r>
          </w:p>
          <w:p w:rsidR="00672760" w:rsidRPr="00672760" w:rsidRDefault="00672760" w:rsidP="00672760">
            <w:pPr>
              <w:bidi/>
              <w:spacing w:after="0" w:line="240" w:lineRule="auto"/>
              <w:rPr>
                <w:rFonts w:asciiTheme="minorBidi" w:hAnsiTheme="minorBidi" w:cs="Arial"/>
                <w:rtl/>
                <w:lang w:bidi="he-IL"/>
              </w:rPr>
            </w:pPr>
            <w:r>
              <w:rPr>
                <w:rFonts w:asciiTheme="minorBidi" w:hAnsiTheme="minorBidi" w:cs="Arial" w:hint="cs"/>
                <w:rtl/>
                <w:lang w:bidi="he-IL"/>
              </w:rPr>
              <w:t xml:space="preserve">                                         </w:t>
            </w:r>
            <w:r w:rsidR="008023E0">
              <w:rPr>
                <w:rFonts w:asciiTheme="minorBidi" w:hAnsiTheme="minorBidi" w:cs="Arial" w:hint="cs"/>
                <w:rtl/>
                <w:lang w:bidi="he-IL"/>
              </w:rPr>
              <w:t>מייל: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672760">
              <w:rPr>
                <w:rFonts w:asciiTheme="minorBidi" w:hAnsiTheme="minorBidi" w:cs="Arial" w:hint="cs"/>
                <w:rtl/>
                <w:lang w:bidi="he-IL"/>
              </w:rPr>
              <w:t>ותק</w:t>
            </w:r>
            <w:r>
              <w:rPr>
                <w:rFonts w:asciiTheme="minorBidi" w:hAnsiTheme="minorBidi" w:cs="Arial" w:hint="cs"/>
                <w:rtl/>
                <w:lang w:bidi="he-IL"/>
              </w:rPr>
              <w:t xml:space="preserve"> בשנים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Pr="00672760">
              <w:rPr>
                <w:rFonts w:asciiTheme="minorBidi" w:hAnsiTheme="minorBidi" w:cs="Arial" w:hint="cs"/>
                <w:rtl/>
                <w:lang w:bidi="he-IL"/>
              </w:rPr>
              <w:t>בתחום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Pr="00672760">
              <w:rPr>
                <w:rFonts w:asciiTheme="minorBidi" w:hAnsiTheme="minorBidi" w:cs="Arial" w:hint="cs"/>
                <w:rtl/>
                <w:lang w:bidi="he-IL"/>
              </w:rPr>
              <w:t>מכשירי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Pr="00672760">
              <w:rPr>
                <w:rFonts w:asciiTheme="minorBidi" w:hAnsiTheme="minorBidi" w:cs="Arial" w:hint="cs"/>
                <w:rtl/>
                <w:lang w:bidi="he-IL"/>
              </w:rPr>
              <w:t>השמיעה</w:t>
            </w:r>
            <w:r>
              <w:rPr>
                <w:rFonts w:asciiTheme="minorBidi" w:hAnsiTheme="minorBidi" w:cs="Arial" w:hint="cs"/>
                <w:rtl/>
                <w:lang w:bidi="he-IL"/>
              </w:rPr>
              <w:t>: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672760" w:rsidRDefault="00672760" w:rsidP="00672760">
            <w:pPr>
              <w:bidi/>
              <w:spacing w:after="0" w:line="240" w:lineRule="auto"/>
            </w:pPr>
            <w:r>
              <w:rPr>
                <w:rFonts w:hint="cs"/>
                <w:rtl/>
                <w:lang w:bidi="he-IL"/>
              </w:rPr>
              <w:t xml:space="preserve">שם המכון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 xml:space="preserve">המרכז המשקם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>המרכז הרפואי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hint="cs"/>
                <w:rtl/>
                <w:lang w:bidi="he-IL"/>
              </w:rPr>
              <w:t xml:space="preserve">כתובת המכון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 xml:space="preserve">המרכז המשקם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>המרכז הרפואי</w:t>
            </w:r>
          </w:p>
        </w:tc>
      </w:tr>
    </w:tbl>
    <w:p w:rsidR="00672760" w:rsidRDefault="00A71C25" w:rsidP="00672760">
      <w:pPr>
        <w:bidi/>
        <w:rPr>
          <w:rFonts w:asciiTheme="minorBidi" w:hAnsiTheme="minorBidi"/>
          <w:rtl/>
          <w:lang w:bidi="he-IL"/>
        </w:rPr>
      </w:pP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</w:p>
    <w:tbl>
      <w:tblPr>
        <w:tblStyle w:val="aff2"/>
        <w:bidiVisual/>
        <w:tblW w:w="10363" w:type="dxa"/>
        <w:tblLook w:val="04A0" w:firstRow="1" w:lastRow="0" w:firstColumn="1" w:lastColumn="0" w:noHBand="0" w:noVBand="1"/>
      </w:tblPr>
      <w:tblGrid>
        <w:gridCol w:w="2653"/>
        <w:gridCol w:w="2329"/>
        <w:gridCol w:w="2838"/>
        <w:gridCol w:w="2543"/>
      </w:tblGrid>
      <w:tr w:rsidR="008023E0" w:rsidTr="008023E0">
        <w:trPr>
          <w:trHeight w:val="284"/>
        </w:trPr>
        <w:tc>
          <w:tcPr>
            <w:tcW w:w="26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23E0" w:rsidRDefault="00A71C25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23E0" w:rsidRDefault="00A71C25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 w:hint="cs"/>
              </w:rPr>
              <w:instrText>FORMTEXT</w:instrText>
            </w:r>
            <w:r>
              <w:rPr>
                <w:rFonts w:asciiTheme="minorBidi" w:hAnsiTheme="minorBidi"/>
              </w:rPr>
              <w:instrText xml:space="preserve"> </w:instrText>
            </w:r>
            <w:r>
              <w:rPr>
                <w:rFonts w:asciiTheme="minorBidi" w:hAnsiTheme="minorBidi"/>
              </w:rPr>
            </w:r>
            <w:r>
              <w:rPr>
                <w:rFonts w:asciiTheme="minorBidi" w:hAnsiTheme="minorBidi"/>
              </w:rPr>
              <w:fldChar w:fldCharType="separate"/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  <w:noProof/>
              </w:rPr>
              <w:t> </w:t>
            </w:r>
            <w:r>
              <w:rPr>
                <w:rFonts w:asciiTheme="minorBidi" w:hAnsiTheme="minorBidi"/>
              </w:rPr>
              <w:fldChar w:fldCharType="end"/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8023E0" w:rsidTr="008023E0">
        <w:trPr>
          <w:trHeight w:val="870"/>
        </w:trPr>
        <w:tc>
          <w:tcPr>
            <w:tcW w:w="26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חתימת קלינאי התקשורת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חותמת כולל מספר תעודת מקצוע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</w:tbl>
    <w:p w:rsidR="00672760" w:rsidRDefault="00672760" w:rsidP="00672760">
      <w:pPr>
        <w:pBdr>
          <w:bottom w:val="single" w:sz="6" w:space="1" w:color="auto"/>
        </w:pBdr>
        <w:bidi/>
        <w:rPr>
          <w:rFonts w:asciiTheme="minorBidi" w:hAnsiTheme="minorBidi"/>
          <w:rtl/>
          <w:lang w:bidi="he-IL"/>
        </w:rPr>
      </w:pPr>
    </w:p>
    <w:p w:rsidR="001B7499" w:rsidRDefault="001B7499" w:rsidP="001B7499">
      <w:pPr>
        <w:bidi/>
        <w:spacing w:after="0" w:line="240" w:lineRule="auto"/>
        <w:rPr>
          <w:rFonts w:ascii="Arial" w:hAnsi="Arial" w:cs="Arial"/>
          <w:color w:val="000000" w:themeColor="text1"/>
          <w:sz w:val="18"/>
          <w:szCs w:val="18"/>
          <w:rtl/>
          <w:lang w:bidi="he-IL"/>
        </w:rPr>
      </w:pPr>
    </w:p>
    <w:p w:rsidR="009B6D5C" w:rsidRDefault="00672760" w:rsidP="009B6D5C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למילוי ע"י ההורה:</w:t>
      </w:r>
    </w:p>
    <w:p w:rsidR="00672760" w:rsidRDefault="00672760" w:rsidP="00672760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קראתי את הטופס וההמלצות המפורטות בו.</w:t>
      </w:r>
    </w:p>
    <w:p w:rsidR="009E4845" w:rsidRDefault="009E4845" w:rsidP="009E4845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p w:rsidR="0078447E" w:rsidRDefault="00A71C25" w:rsidP="0078447E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>
        <w:rPr>
          <w:rFonts w:asciiTheme="minorBidi" w:hAnsiTheme="minorBidi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Theme="minorBidi" w:hAnsiTheme="minorBidi"/>
        </w:rPr>
        <w:instrText xml:space="preserve"> </w:instrText>
      </w:r>
      <w:r>
        <w:rPr>
          <w:rFonts w:asciiTheme="minorBidi" w:hAnsiTheme="minorBidi" w:hint="cs"/>
        </w:rPr>
        <w:instrText>FORMTEXT</w:instrText>
      </w:r>
      <w:r>
        <w:rPr>
          <w:rFonts w:asciiTheme="minorBidi" w:hAnsiTheme="minorBidi"/>
        </w:rPr>
        <w:instrText xml:space="preserve"> </w:instrText>
      </w:r>
      <w:r>
        <w:rPr>
          <w:rFonts w:asciiTheme="minorBidi" w:hAnsiTheme="minorBidi"/>
        </w:rPr>
      </w:r>
      <w:r>
        <w:rPr>
          <w:rFonts w:asciiTheme="minorBidi" w:hAnsiTheme="minorBidi"/>
        </w:rPr>
        <w:fldChar w:fldCharType="separate"/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</w:rPr>
        <w:fldChar w:fldCharType="end"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Theme="minorBidi" w:hAnsiTheme="minorBidi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Theme="minorBidi" w:hAnsiTheme="minorBidi"/>
        </w:rPr>
        <w:instrText xml:space="preserve"> </w:instrText>
      </w:r>
      <w:r>
        <w:rPr>
          <w:rFonts w:asciiTheme="minorBidi" w:hAnsiTheme="minorBidi" w:hint="cs"/>
        </w:rPr>
        <w:instrText>FORMTEXT</w:instrText>
      </w:r>
      <w:r>
        <w:rPr>
          <w:rFonts w:asciiTheme="minorBidi" w:hAnsiTheme="minorBidi"/>
        </w:rPr>
        <w:instrText xml:space="preserve"> </w:instrText>
      </w:r>
      <w:r>
        <w:rPr>
          <w:rFonts w:asciiTheme="minorBidi" w:hAnsiTheme="minorBidi"/>
        </w:rPr>
      </w:r>
      <w:r>
        <w:rPr>
          <w:rFonts w:asciiTheme="minorBidi" w:hAnsiTheme="minorBidi"/>
        </w:rPr>
        <w:fldChar w:fldCharType="separate"/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</w:rPr>
        <w:fldChar w:fldCharType="end"/>
      </w:r>
      <w:r>
        <w:rPr>
          <w:rFonts w:asciiTheme="minorBidi" w:hAnsiTheme="minorBidi"/>
          <w:rtl/>
        </w:rPr>
        <w:tab/>
      </w:r>
      <w:r>
        <w:rPr>
          <w:rFonts w:asciiTheme="minorBidi" w:hAnsiTheme="minorBidi"/>
          <w:rtl/>
        </w:rPr>
        <w:tab/>
      </w:r>
      <w:r>
        <w:rPr>
          <w:rFonts w:asciiTheme="minorBidi" w:hAnsiTheme="minorBidi"/>
          <w:rtl/>
        </w:rPr>
        <w:tab/>
      </w:r>
      <w:r>
        <w:rPr>
          <w:rFonts w:asciiTheme="minorBidi" w:hAnsiTheme="minorBidi"/>
          <w:rtl/>
        </w:rPr>
        <w:tab/>
      </w:r>
      <w:r>
        <w:rPr>
          <w:rFonts w:asciiTheme="minorBidi" w:hAnsiTheme="minorBidi"/>
          <w:rtl/>
        </w:rPr>
        <w:tab/>
      </w:r>
      <w:r>
        <w:rPr>
          <w:rFonts w:asciiTheme="minorBidi" w:hAnsiTheme="minorBidi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Theme="minorBidi" w:hAnsiTheme="minorBidi"/>
        </w:rPr>
        <w:instrText xml:space="preserve"> </w:instrText>
      </w:r>
      <w:r>
        <w:rPr>
          <w:rFonts w:asciiTheme="minorBidi" w:hAnsiTheme="minorBidi" w:hint="cs"/>
        </w:rPr>
        <w:instrText>FORMTEXT</w:instrText>
      </w:r>
      <w:r>
        <w:rPr>
          <w:rFonts w:asciiTheme="minorBidi" w:hAnsiTheme="minorBidi"/>
        </w:rPr>
        <w:instrText xml:space="preserve"> </w:instrText>
      </w:r>
      <w:r>
        <w:rPr>
          <w:rFonts w:asciiTheme="minorBidi" w:hAnsiTheme="minorBidi"/>
        </w:rPr>
      </w:r>
      <w:r>
        <w:rPr>
          <w:rFonts w:asciiTheme="minorBidi" w:hAnsiTheme="minorBidi"/>
        </w:rPr>
        <w:fldChar w:fldCharType="separate"/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  <w:noProof/>
        </w:rPr>
        <w:t> </w:t>
      </w:r>
      <w:r>
        <w:rPr>
          <w:rFonts w:asciiTheme="minorBidi" w:hAnsiTheme="minorBidi"/>
        </w:rPr>
        <w:fldChar w:fldCharType="end"/>
      </w:r>
    </w:p>
    <w:tbl>
      <w:tblPr>
        <w:tblStyle w:val="aff2"/>
        <w:bidiVisual/>
        <w:tblW w:w="0" w:type="auto"/>
        <w:tblLook w:val="04A0" w:firstRow="1" w:lastRow="0" w:firstColumn="1" w:lastColumn="0" w:noHBand="0" w:noVBand="1"/>
      </w:tblPr>
      <w:tblGrid>
        <w:gridCol w:w="1741"/>
        <w:gridCol w:w="1528"/>
        <w:gridCol w:w="1862"/>
        <w:gridCol w:w="1669"/>
        <w:gridCol w:w="1835"/>
      </w:tblGrid>
      <w:tr w:rsidR="009E4845" w:rsidTr="009E4845"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9E4845" w:rsidTr="009E4845"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שם</w:t>
            </w:r>
            <w:r w:rsidR="00672760"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 xml:space="preserve"> ההורה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672760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ת"ז הורה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672760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חתימת הורה</w:t>
            </w:r>
          </w:p>
        </w:tc>
      </w:tr>
    </w:tbl>
    <w:p w:rsidR="0078447E" w:rsidRPr="0078447E" w:rsidRDefault="0078447E" w:rsidP="0078447E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sectPr w:rsidR="0078447E" w:rsidRPr="0078447E" w:rsidSect="00034616">
      <w:headerReference w:type="default" r:id="rId12"/>
      <w:footerReference w:type="defaul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63BD" w:rsidRDefault="002263BD" w:rsidP="00461B5C">
      <w:pPr>
        <w:spacing w:after="0" w:line="240" w:lineRule="auto"/>
      </w:pPr>
      <w:r>
        <w:separator/>
      </w:r>
    </w:p>
  </w:endnote>
  <w:endnote w:type="continuationSeparator" w:id="0">
    <w:p w:rsidR="002263BD" w:rsidRDefault="002263BD" w:rsidP="00461B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186F" w:rsidRPr="00E86114" w:rsidRDefault="00B1186F" w:rsidP="00B1186F">
    <w:pPr>
      <w:pBdr>
        <w:top w:val="single" w:sz="12" w:space="1" w:color="31849B"/>
      </w:pBd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</w:pPr>
    <w:r w:rsidRPr="00E86114">
      <w:rPr>
        <w:rFonts w:ascii="Calibri" w:eastAsia="Calibri" w:hAnsi="Calibri" w:cs="Arial" w:hint="cs"/>
        <w:noProof/>
        <w:sz w:val="16"/>
        <w:szCs w:val="16"/>
        <w:rtl/>
        <w:lang w:bidi="he-IL"/>
      </w:rPr>
      <w:drawing>
        <wp:anchor distT="0" distB="0" distL="114300" distR="114300" simplePos="0" relativeHeight="251660288" behindDoc="1" locked="0" layoutInCell="1" allowOverlap="1" wp14:anchorId="42BB7C1A" wp14:editId="2D94BC9A">
          <wp:simplePos x="0" y="0"/>
          <wp:positionH relativeFrom="column">
            <wp:posOffset>-1047750</wp:posOffset>
          </wp:positionH>
          <wp:positionV relativeFrom="paragraph">
            <wp:posOffset>-34925</wp:posOffset>
          </wp:positionV>
          <wp:extent cx="7092950" cy="692150"/>
          <wp:effectExtent l="19050" t="0" r="0" b="0"/>
          <wp:wrapNone/>
          <wp:docPr id="5" name="תמונה 5" descr="logo paper_adres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 paper_adres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2950" cy="692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begin"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lang w:bidi="he-IL"/>
      </w:rPr>
      <w:instrText>FILENAME   \* MERGEFORMAT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separate"/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550.10-01   060425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הנחיות</w:t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כלליות</w:t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וטופס</w:t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המלצה</w:t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על</w:t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מכש</w:t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 xml:space="preserve"> </w:t>
    </w:r>
    <w:r>
      <w:rPr>
        <w:rFonts w:ascii="Calibri" w:eastAsia="Calibri" w:hAnsi="Calibri" w:cs="Arial" w:hint="cs"/>
        <w:b/>
        <w:bCs/>
        <w:noProof/>
        <w:color w:val="31849B"/>
        <w:sz w:val="16"/>
        <w:szCs w:val="16"/>
        <w:rtl/>
        <w:lang w:bidi="he-IL"/>
      </w:rPr>
      <w:t>לכללית</w: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end"/>
    </w:r>
    <w:r w:rsidRPr="00E86114">
      <w:rPr>
        <w:rFonts w:ascii="Calibri" w:eastAsia="Calibri" w:hAnsi="Calibri" w:cs="Arial" w:hint="cs"/>
        <w:b/>
        <w:bCs/>
        <w:color w:val="31849B"/>
        <w:sz w:val="16"/>
        <w:szCs w:val="16"/>
        <w:rtl/>
        <w:lang w:bidi="he-IL"/>
      </w:rPr>
      <w:tab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begin"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 w:hint="cs"/>
        <w:b/>
        <w:bCs/>
        <w:color w:val="31849B"/>
        <w:sz w:val="16"/>
        <w:szCs w:val="16"/>
        <w:lang w:bidi="he-IL"/>
      </w:rPr>
      <w:instrText>PRINTDATE  \@ "dd/MM/yyyy"  \* MERGEFORMAT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separate"/>
    </w:r>
    <w:r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>‏31/03/2025</w: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end"/>
    </w:r>
  </w:p>
  <w:p w:rsidR="00B1186F" w:rsidRPr="00B1186F" w:rsidRDefault="00B1186F" w:rsidP="00B1186F">
    <w:pPr>
      <w:pStyle w:val="a7"/>
      <w:rPr>
        <w:lang w:bidi="he-I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63BD" w:rsidRDefault="002263BD" w:rsidP="00461B5C">
      <w:pPr>
        <w:spacing w:after="0" w:line="240" w:lineRule="auto"/>
      </w:pPr>
      <w:r>
        <w:separator/>
      </w:r>
    </w:p>
  </w:footnote>
  <w:footnote w:type="continuationSeparator" w:id="0">
    <w:p w:rsidR="002263BD" w:rsidRDefault="002263BD" w:rsidP="00461B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2760" w:rsidRDefault="00672760" w:rsidP="00461B5C">
    <w:pPr>
      <w:pStyle w:val="a5"/>
    </w:pPr>
    <w:r w:rsidRPr="007E6AA1">
      <w:rPr>
        <w:noProof/>
        <w:lang w:bidi="he-I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2971800</wp:posOffset>
          </wp:positionH>
          <wp:positionV relativeFrom="paragraph">
            <wp:posOffset>-163195</wp:posOffset>
          </wp:positionV>
          <wp:extent cx="2555875" cy="732790"/>
          <wp:effectExtent l="0" t="0" r="0" b="0"/>
          <wp:wrapNone/>
          <wp:docPr id="7" name="תמונה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תמונה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5875" cy="732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72760" w:rsidRDefault="00672760" w:rsidP="00461B5C">
    <w:pPr>
      <w:pStyle w:val="a5"/>
    </w:pPr>
  </w:p>
  <w:p w:rsidR="00672760" w:rsidRDefault="00672760" w:rsidP="00461B5C">
    <w:pPr>
      <w:pStyle w:val="a5"/>
    </w:pPr>
  </w:p>
  <w:p w:rsidR="00672760" w:rsidRDefault="00672760" w:rsidP="00461B5C">
    <w:pPr>
      <w:pStyle w:val="a5"/>
    </w:pPr>
  </w:p>
  <w:tbl>
    <w:tblPr>
      <w:bidiVisual/>
      <w:tblW w:w="8799" w:type="dxa"/>
      <w:tblInd w:w="-94" w:type="dxa"/>
      <w:tblBorders>
        <w:top w:val="single" w:sz="12" w:space="0" w:color="31849B"/>
        <w:left w:val="single" w:sz="12" w:space="0" w:color="31849B"/>
        <w:bottom w:val="single" w:sz="12" w:space="0" w:color="31849B"/>
        <w:right w:val="single" w:sz="12" w:space="0" w:color="31849B"/>
        <w:insideH w:val="single" w:sz="12" w:space="0" w:color="31849B"/>
        <w:insideV w:val="single" w:sz="12" w:space="0" w:color="31849B"/>
      </w:tblBorders>
      <w:tblLook w:val="04A0" w:firstRow="1" w:lastRow="0" w:firstColumn="1" w:lastColumn="0" w:noHBand="0" w:noVBand="1"/>
    </w:tblPr>
    <w:tblGrid>
      <w:gridCol w:w="2977"/>
      <w:gridCol w:w="2238"/>
      <w:gridCol w:w="30"/>
      <w:gridCol w:w="3554"/>
    </w:tblGrid>
    <w:tr w:rsidR="00672760" w:rsidRPr="00BD69A1" w:rsidTr="00461B5C">
      <w:tc>
        <w:tcPr>
          <w:tcW w:w="2977" w:type="dxa"/>
          <w:shd w:val="clear" w:color="auto" w:fill="auto"/>
        </w:tcPr>
        <w:p w:rsidR="00672760" w:rsidRPr="00BD69A1" w:rsidRDefault="00672760" w:rsidP="00672760">
          <w:pPr>
            <w:pStyle w:val="a5"/>
            <w:jc w:val="right"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טופס מס</w:t>
          </w: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' 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   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550.10-01</w:t>
          </w:r>
        </w:p>
      </w:tc>
      <w:tc>
        <w:tcPr>
          <w:tcW w:w="2268" w:type="dxa"/>
          <w:gridSpan w:val="2"/>
          <w:shd w:val="clear" w:color="auto" w:fill="auto"/>
        </w:tcPr>
        <w:p w:rsidR="00672760" w:rsidRPr="00BD69A1" w:rsidRDefault="00672760" w:rsidP="00461B5C">
          <w:pPr>
            <w:pStyle w:val="a5"/>
            <w:jc w:val="right"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נוהלי שיקום וניידות</w:t>
          </w:r>
        </w:p>
      </w:tc>
      <w:tc>
        <w:tcPr>
          <w:tcW w:w="3554" w:type="dxa"/>
          <w:shd w:val="clear" w:color="auto" w:fill="auto"/>
        </w:tcPr>
        <w:p w:rsidR="00672760" w:rsidRPr="00BD69A1" w:rsidRDefault="00672760" w:rsidP="00461B5C">
          <w:pPr>
            <w:pStyle w:val="a5"/>
            <w:bidi/>
            <w:jc w:val="right"/>
            <w:rPr>
              <w:b/>
              <w:bCs/>
              <w:color w:val="31849B"/>
              <w:sz w:val="24"/>
              <w:szCs w:val="24"/>
              <w:rtl/>
            </w:rPr>
          </w:pPr>
          <w:r w:rsidRPr="00BD69A1">
            <w:rPr>
              <w:b/>
              <w:bCs/>
              <w:color w:val="31849B"/>
              <w:sz w:val="24"/>
              <w:szCs w:val="24"/>
              <w:rtl/>
              <w:lang w:val="he-IL" w:bidi="he-IL"/>
            </w:rPr>
            <w:t xml:space="preserve">עמוד </w: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begin"/>
          </w:r>
          <w:r w:rsidRPr="00BD69A1">
            <w:rPr>
              <w:b/>
              <w:bCs/>
              <w:color w:val="31849B"/>
              <w:sz w:val="24"/>
              <w:szCs w:val="24"/>
            </w:rPr>
            <w:instrText>PAGE  \* Arabic  \* MERGEFORMAT</w:instrTex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separate"/>
          </w:r>
          <w:r w:rsidR="00EC1AE5" w:rsidRPr="00EC1AE5">
            <w:rPr>
              <w:b/>
              <w:bCs/>
              <w:noProof/>
              <w:color w:val="31849B"/>
              <w:sz w:val="24"/>
              <w:szCs w:val="24"/>
              <w:rtl/>
              <w:lang w:val="he-IL"/>
            </w:rPr>
            <w:t>3</w: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end"/>
          </w:r>
          <w:r w:rsidRPr="00BD69A1">
            <w:rPr>
              <w:b/>
              <w:bCs/>
              <w:color w:val="31849B"/>
              <w:sz w:val="24"/>
              <w:szCs w:val="24"/>
              <w:rtl/>
              <w:lang w:val="he-IL" w:bidi="he-IL"/>
            </w:rPr>
            <w:t xml:space="preserve"> מתוך </w: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begin"/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rtl/>
              <w:lang w:val="he-IL"/>
            </w:rPr>
            <w:instrText>NUMPAGES  \* Arabic  \* MERGEFORMAT</w:instrTex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separate"/>
          </w:r>
          <w:r w:rsidR="00EC1AE5" w:rsidRPr="00EC1AE5">
            <w:rPr>
              <w:rFonts w:cs="Cambria"/>
              <w:b/>
              <w:bCs/>
              <w:noProof/>
              <w:color w:val="31849B"/>
              <w:sz w:val="24"/>
              <w:szCs w:val="24"/>
              <w:lang w:val="he-IL" w:bidi="he-IL"/>
            </w:rPr>
            <w:t>4</w: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end"/>
          </w: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 xml:space="preserve"> עמודים</w:t>
          </w:r>
        </w:p>
      </w:tc>
    </w:tr>
    <w:tr w:rsidR="00672760" w:rsidRPr="00BD69A1" w:rsidTr="00461B5C">
      <w:trPr>
        <w:trHeight w:val="654"/>
      </w:trPr>
      <w:tc>
        <w:tcPr>
          <w:tcW w:w="5215" w:type="dxa"/>
          <w:gridSpan w:val="2"/>
          <w:shd w:val="clear" w:color="auto" w:fill="auto"/>
        </w:tcPr>
        <w:p w:rsidR="00672760" w:rsidRPr="00461B5C" w:rsidRDefault="00672760" w:rsidP="00461B5C">
          <w:pPr>
            <w:pStyle w:val="1"/>
            <w:spacing w:before="0"/>
            <w:jc w:val="right"/>
            <w:rPr>
              <w:rFonts w:asciiTheme="minorHAnsi" w:eastAsiaTheme="minorEastAsia" w:hAnsiTheme="minorHAnsi" w:cstheme="minorBidi"/>
              <w:color w:val="31849B"/>
              <w:sz w:val="24"/>
              <w:szCs w:val="24"/>
              <w:rtl/>
              <w:lang w:bidi="he-IL"/>
            </w:rPr>
          </w:pPr>
          <w:r>
            <w:rPr>
              <w:rFonts w:asciiTheme="minorHAnsi" w:eastAsiaTheme="minorEastAsia" w:hAnsiTheme="minorHAnsi" w:cstheme="minorBidi" w:hint="cs"/>
              <w:color w:val="31849B"/>
              <w:sz w:val="24"/>
              <w:szCs w:val="24"/>
              <w:rtl/>
              <w:lang w:bidi="he-IL"/>
            </w:rPr>
            <w:t>הנחיות כלליות וטופס המלצה על מכשיר שמיעה לילדים</w:t>
          </w:r>
        </w:p>
      </w:tc>
      <w:tc>
        <w:tcPr>
          <w:tcW w:w="3584" w:type="dxa"/>
          <w:gridSpan w:val="2"/>
          <w:shd w:val="clear" w:color="auto" w:fill="auto"/>
        </w:tcPr>
        <w:p w:rsidR="00672760" w:rsidRPr="00C974AF" w:rsidRDefault="00672760" w:rsidP="00B1186F">
          <w:pPr>
            <w:pStyle w:val="a5"/>
            <w:bidi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 w:rsidRPr="00C974AF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תאריך תוקף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  </w:t>
          </w:r>
          <w:r w:rsidR="00B1186F">
            <w:rPr>
              <w:b/>
              <w:bCs/>
              <w:color w:val="31849B"/>
              <w:sz w:val="24"/>
              <w:szCs w:val="24"/>
            </w:rPr>
            <w:t>06</w:t>
          </w:r>
          <w:r>
            <w:rPr>
              <w:b/>
              <w:bCs/>
              <w:color w:val="31849B"/>
              <w:sz w:val="24"/>
              <w:szCs w:val="24"/>
            </w:rPr>
            <w:t xml:space="preserve">/04/2025 </w:t>
          </w:r>
        </w:p>
      </w:tc>
    </w:tr>
  </w:tbl>
  <w:p w:rsidR="00672760" w:rsidRPr="00B1186F" w:rsidRDefault="00672760" w:rsidP="00B1186F">
    <w:pPr>
      <w:pStyle w:val="a5"/>
      <w:tabs>
        <w:tab w:val="clear" w:pos="4680"/>
        <w:tab w:val="clear" w:pos="9360"/>
        <w:tab w:val="left" w:pos="5505"/>
      </w:tabs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1FA1FAE"/>
    <w:multiLevelType w:val="hybridMultilevel"/>
    <w:tmpl w:val="6D68B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9D7694"/>
    <w:multiLevelType w:val="hybridMultilevel"/>
    <w:tmpl w:val="B074F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71C42CA"/>
    <w:multiLevelType w:val="hybridMultilevel"/>
    <w:tmpl w:val="18F2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9851CD"/>
    <w:multiLevelType w:val="hybridMultilevel"/>
    <w:tmpl w:val="028AD5EE"/>
    <w:lvl w:ilvl="0" w:tplc="7FFC469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EA6236"/>
    <w:multiLevelType w:val="hybridMultilevel"/>
    <w:tmpl w:val="F9ACD0A2"/>
    <w:lvl w:ilvl="0" w:tplc="A0C8C0B6">
      <w:start w:val="1"/>
      <w:numFmt w:val="bullet"/>
      <w:lvlText w:val="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2464ED"/>
    <w:multiLevelType w:val="hybridMultilevel"/>
    <w:tmpl w:val="5B924F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4F31412"/>
    <w:multiLevelType w:val="hybridMultilevel"/>
    <w:tmpl w:val="468E45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85142E"/>
    <w:multiLevelType w:val="hybridMultilevel"/>
    <w:tmpl w:val="9B50B4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3FD0F05"/>
    <w:multiLevelType w:val="hybridMultilevel"/>
    <w:tmpl w:val="EE3E5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2"/>
  </w:num>
  <w:num w:numId="11">
    <w:abstractNumId w:val="11"/>
  </w:num>
  <w:num w:numId="12">
    <w:abstractNumId w:val="15"/>
  </w:num>
  <w:num w:numId="13">
    <w:abstractNumId w:val="9"/>
  </w:num>
  <w:num w:numId="14">
    <w:abstractNumId w:val="13"/>
  </w:num>
  <w:num w:numId="15">
    <w:abstractNumId w:val="17"/>
  </w:num>
  <w:num w:numId="16">
    <w:abstractNumId w:val="14"/>
  </w:num>
  <w:num w:numId="17">
    <w:abstractNumId w:val="16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documentProtection w:edit="forms" w:enforcement="1" w:cryptProviderType="rsaAES" w:cryptAlgorithmClass="hash" w:cryptAlgorithmType="typeAny" w:cryptAlgorithmSid="14" w:cryptSpinCount="100000" w:hash="6RC73YRDqs17ts5KAKVWSwUjpzu0aIiAYRVAHTfIu0p/93l4dDN/u+eBDs/yIeZ8vS+ldbAkVs5ASOjrqpZjpg==" w:salt="4ToxlSW/BRPtPb4YsKrt9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7696"/>
    <w:rsid w:val="00034616"/>
    <w:rsid w:val="0006063C"/>
    <w:rsid w:val="00065206"/>
    <w:rsid w:val="000D3D21"/>
    <w:rsid w:val="00110F7A"/>
    <w:rsid w:val="0015074B"/>
    <w:rsid w:val="001B7499"/>
    <w:rsid w:val="001E65B3"/>
    <w:rsid w:val="00211C05"/>
    <w:rsid w:val="0022123C"/>
    <w:rsid w:val="002263BD"/>
    <w:rsid w:val="0029639D"/>
    <w:rsid w:val="0032508B"/>
    <w:rsid w:val="00326F90"/>
    <w:rsid w:val="00461B5C"/>
    <w:rsid w:val="004C148B"/>
    <w:rsid w:val="00616AE7"/>
    <w:rsid w:val="00672760"/>
    <w:rsid w:val="0078447E"/>
    <w:rsid w:val="007A22F3"/>
    <w:rsid w:val="007E10F3"/>
    <w:rsid w:val="008023E0"/>
    <w:rsid w:val="00811CF8"/>
    <w:rsid w:val="008306E9"/>
    <w:rsid w:val="008640B2"/>
    <w:rsid w:val="008B41AF"/>
    <w:rsid w:val="008C73C7"/>
    <w:rsid w:val="008E113A"/>
    <w:rsid w:val="00936083"/>
    <w:rsid w:val="009468FB"/>
    <w:rsid w:val="00985A90"/>
    <w:rsid w:val="009B6D5C"/>
    <w:rsid w:val="009B7225"/>
    <w:rsid w:val="009D73F2"/>
    <w:rsid w:val="009E4845"/>
    <w:rsid w:val="00A71C25"/>
    <w:rsid w:val="00A922E9"/>
    <w:rsid w:val="00AA1D8D"/>
    <w:rsid w:val="00B1186F"/>
    <w:rsid w:val="00B47730"/>
    <w:rsid w:val="00BA07C6"/>
    <w:rsid w:val="00BD228D"/>
    <w:rsid w:val="00CB0664"/>
    <w:rsid w:val="00CB2FD9"/>
    <w:rsid w:val="00CC189E"/>
    <w:rsid w:val="00CF46D2"/>
    <w:rsid w:val="00D02D50"/>
    <w:rsid w:val="00D93DA9"/>
    <w:rsid w:val="00E679DF"/>
    <w:rsid w:val="00EB0E8C"/>
    <w:rsid w:val="00EC1AE5"/>
    <w:rsid w:val="00F82E6A"/>
    <w:rsid w:val="00FC693F"/>
    <w:rsid w:val="00FF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  <w15:docId w15:val="{FD5FBE82-B29C-4606-9113-5FA7D8263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כותרת עליונה תו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כותרת תחתונה תו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כותרת 1 תו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כותרת 2 תו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כותרת 3 תו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כותרת טקסט תו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כותרת משנה תו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גוף טקסט תו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גוף טקסט 2 תו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גוף טקסט 3 תו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טקסט מאקרו תו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ציטוט תו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כותרת 4 תו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כותרת 5 תו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כותרת 6 תו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כותרת 7 תו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כותרת 8 תו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כותרת 9 תו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ציטוט חזק תו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42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0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3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3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4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5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5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6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6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a">
    <w:name w:val="Balloon Text"/>
    <w:basedOn w:val="a1"/>
    <w:link w:val="affb"/>
    <w:uiPriority w:val="99"/>
    <w:semiHidden/>
    <w:unhideWhenUsed/>
    <w:rsid w:val="00065206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ffb">
    <w:name w:val="טקסט בלונים תו"/>
    <w:basedOn w:val="a2"/>
    <w:link w:val="affa"/>
    <w:uiPriority w:val="99"/>
    <w:semiHidden/>
    <w:rsid w:val="00065206"/>
    <w:rPr>
      <w:rFonts w:ascii="Tahoma" w:hAnsi="Tahoma" w:cs="Tahoma"/>
      <w:sz w:val="18"/>
      <w:szCs w:val="18"/>
    </w:rPr>
  </w:style>
  <w:style w:type="table" w:customStyle="1" w:styleId="14">
    <w:name w:val="רשת טבלה1"/>
    <w:basedOn w:val="a3"/>
    <w:next w:val="aff2"/>
    <w:uiPriority w:val="39"/>
    <w:rsid w:val="008023E0"/>
    <w:pPr>
      <w:spacing w:after="0" w:line="240" w:lineRule="auto"/>
    </w:pPr>
    <w:rPr>
      <w:rFonts w:eastAsia="Calibri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2"/>
    <w:uiPriority w:val="99"/>
    <w:unhideWhenUsed/>
    <w:rsid w:val="009D73F2"/>
    <w:rPr>
      <w:color w:val="0000FF" w:themeColor="hyperlink"/>
      <w:u w:val="single"/>
    </w:rPr>
  </w:style>
  <w:style w:type="character" w:styleId="FollowedHyperlink">
    <w:name w:val="FollowedHyperlink"/>
    <w:basedOn w:val="a2"/>
    <w:uiPriority w:val="99"/>
    <w:semiHidden/>
    <w:unhideWhenUsed/>
    <w:rsid w:val="00D93DA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bm.org.il/%d7%9e%d7%93%d7%98%d7%95%d7%9f-%d7%a8%d7%a9%d7%99%d7%9e%d7%aa-%d7%9e%d7%a7%d7%98%d7%99%d7%9d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bm.org.il/%d7%9e%d7%93%d7%98%d7%9b%d7%a0%d7%99%d7%a7%d7%94-%d7%90%d7%95%d7%a8%d7%aa%d7%95%d7%a4%d7%95%d7%9f-%d7%a8%d7%a9%d7%99%d7%9e%d7%aa-%d7%9e%d7%a7%d7%98%d7%99%d7%9d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bm.org.il/%d7%a1%d7%95%d7%a0%d7%95%d7%91%d7%94-%d7%a8%d7%a9%d7%99%d7%9e%d7%aa-%d7%9e%d7%a7%d7%98%d7%99%d7%9d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bm.org.il/%d7%9e%d7%93%d7%a0%d7%98-%d7%a8%d7%a9%d7%99%d7%9e%d7%aa-%d7%9e%d7%a7%d7%98%d7%99%d7%9d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309780-497E-4B32-B62F-3387EB80D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795</Words>
  <Characters>3980</Characters>
  <Application>Microsoft Office Word</Application>
  <DocSecurity>0</DocSecurity>
  <Lines>33</Lines>
  <Paragraphs>9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4766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נטע מידן</cp:lastModifiedBy>
  <cp:revision>4</cp:revision>
  <dcterms:created xsi:type="dcterms:W3CDTF">2025-10-30T08:51:00Z</dcterms:created>
  <dcterms:modified xsi:type="dcterms:W3CDTF">2025-10-30T08:51:00Z</dcterms:modified>
  <cp:category/>
</cp:coreProperties>
</file>