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FCB" w:rsidRDefault="00D34FCB" w:rsidP="00D34FCB">
      <w:pPr>
        <w:bidi/>
        <w:jc w:val="center"/>
        <w:rPr>
          <w:b/>
          <w:bCs/>
          <w:sz w:val="24"/>
          <w:szCs w:val="24"/>
          <w:rtl/>
          <w:lang w:bidi="he-IL"/>
        </w:rPr>
      </w:pPr>
    </w:p>
    <w:p w:rsidR="00B31379" w:rsidRDefault="00B31379" w:rsidP="00D34FCB">
      <w:pPr>
        <w:bidi/>
        <w:jc w:val="center"/>
        <w:rPr>
          <w:b/>
          <w:bCs/>
          <w:sz w:val="24"/>
          <w:szCs w:val="24"/>
          <w:rtl/>
        </w:rPr>
      </w:pPr>
      <w:r w:rsidRPr="00B1648F">
        <w:rPr>
          <w:rFonts w:hint="cs"/>
          <w:b/>
          <w:bCs/>
          <w:sz w:val="24"/>
          <w:szCs w:val="24"/>
          <w:rtl/>
          <w:lang w:bidi="he-IL"/>
        </w:rPr>
        <w:t xml:space="preserve">המלצה למערכת </w:t>
      </w:r>
      <w:r w:rsidRPr="00B1648F">
        <w:rPr>
          <w:rFonts w:hint="cs"/>
          <w:b/>
          <w:bCs/>
          <w:sz w:val="24"/>
          <w:szCs w:val="24"/>
        </w:rPr>
        <w:t>FM</w:t>
      </w:r>
      <w:r w:rsidRPr="00B1648F">
        <w:rPr>
          <w:rFonts w:hint="cs"/>
          <w:b/>
          <w:bCs/>
          <w:sz w:val="24"/>
          <w:szCs w:val="24"/>
          <w:rtl/>
        </w:rPr>
        <w:t xml:space="preserve"> / </w:t>
      </w:r>
      <w:r w:rsidRPr="00A33688">
        <w:rPr>
          <w:b/>
          <w:bCs/>
          <w:sz w:val="24"/>
          <w:szCs w:val="24"/>
        </w:rPr>
        <w:t>Remote Mic</w:t>
      </w:r>
    </w:p>
    <w:p w:rsidR="001B7499" w:rsidRPr="001B7499" w:rsidRDefault="001B7499" w:rsidP="001B7499">
      <w:pPr>
        <w:bidi/>
        <w:jc w:val="center"/>
        <w:rPr>
          <w:b/>
          <w:bCs/>
        </w:rPr>
      </w:pPr>
      <w:r w:rsidRPr="001B7499">
        <w:rPr>
          <w:rFonts w:cs="Arial" w:hint="cs"/>
          <w:b/>
          <w:bCs/>
          <w:rtl/>
          <w:lang w:bidi="he-IL"/>
        </w:rPr>
        <w:t>מילוי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והגשת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טופס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זה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מתבצעת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בסיום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תהליך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התאמת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המכשיר</w:t>
      </w:r>
      <w:r w:rsidRPr="001B7499">
        <w:rPr>
          <w:rFonts w:cs="Arial"/>
          <w:b/>
          <w:bCs/>
          <w:rtl/>
          <w:lang w:bidi="he-IL"/>
        </w:rPr>
        <w:t xml:space="preserve"> </w:t>
      </w:r>
      <w:r w:rsidRPr="001B7499">
        <w:rPr>
          <w:rFonts w:cs="Arial" w:hint="cs"/>
          <w:b/>
          <w:bCs/>
          <w:rtl/>
          <w:lang w:bidi="he-IL"/>
        </w:rPr>
        <w:t>וההתנסות</w:t>
      </w:r>
      <w:r w:rsidRPr="001B7499">
        <w:rPr>
          <w:rFonts w:cs="Arial"/>
          <w:b/>
          <w:bCs/>
          <w:rtl/>
          <w:lang w:bidi="he-IL"/>
        </w:rPr>
        <w:t>.</w:t>
      </w:r>
    </w:p>
    <w:p w:rsidR="00B31379" w:rsidRDefault="00B31379" w:rsidP="00B31379">
      <w:pPr>
        <w:bidi/>
        <w:rPr>
          <w:rtl/>
          <w:lang w:bidi="he-IL"/>
        </w:rPr>
      </w:pPr>
      <w:r>
        <w:rPr>
          <w:rFonts w:cs="Arial" w:hint="cs"/>
          <w:rtl/>
          <w:lang w:bidi="he-IL"/>
        </w:rPr>
        <w:t>הנחיות</w:t>
      </w:r>
      <w:r>
        <w:rPr>
          <w:rFonts w:cs="Arial"/>
          <w:rtl/>
          <w:lang w:bidi="he-IL"/>
        </w:rPr>
        <w:t xml:space="preserve"> </w:t>
      </w:r>
      <w:r>
        <w:rPr>
          <w:rFonts w:cs="Arial" w:hint="cs"/>
          <w:rtl/>
          <w:lang w:bidi="he-IL"/>
        </w:rPr>
        <w:t>כלליות</w:t>
      </w:r>
      <w:r>
        <w:t>:</w:t>
      </w:r>
    </w:p>
    <w:p w:rsidR="00B31379" w:rsidRDefault="00B31379" w:rsidP="00B31379">
      <w:pPr>
        <w:bidi/>
        <w:rPr>
          <w:rtl/>
          <w:lang w:bidi="he-IL"/>
        </w:rPr>
      </w:pPr>
      <w:r w:rsidRPr="00B31379">
        <w:rPr>
          <w:rFonts w:cs="Arial" w:hint="cs"/>
          <w:rtl/>
          <w:lang w:bidi="he-IL"/>
        </w:rPr>
        <w:t>לצורך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הגשת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בקשה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לאישור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זכאות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להשתתפות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הקופה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במערכת</w:t>
      </w:r>
      <w:r>
        <w:t xml:space="preserve"> FM </w:t>
      </w:r>
      <w:r w:rsidRPr="00B31379">
        <w:rPr>
          <w:rFonts w:cs="Arial" w:hint="cs"/>
          <w:rtl/>
          <w:lang w:bidi="he-IL"/>
        </w:rPr>
        <w:t>אישית</w:t>
      </w:r>
      <w:r>
        <w:t xml:space="preserve"> / Remote Mic, </w:t>
      </w:r>
      <w:r w:rsidRPr="00B31379">
        <w:rPr>
          <w:rFonts w:cs="Arial" w:hint="cs"/>
          <w:rtl/>
          <w:lang w:bidi="he-IL"/>
        </w:rPr>
        <w:t>יש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לצרף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את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המסמכים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הבאים</w:t>
      </w:r>
      <w:r>
        <w:t>:</w:t>
      </w:r>
    </w:p>
    <w:p w:rsidR="00B31379" w:rsidRDefault="00B31379" w:rsidP="00B31379">
      <w:pPr>
        <w:pStyle w:val="ae"/>
        <w:numPr>
          <w:ilvl w:val="0"/>
          <w:numId w:val="21"/>
        </w:numPr>
        <w:bidi/>
        <w:rPr>
          <w:rtl/>
        </w:rPr>
      </w:pPr>
      <w:r w:rsidRPr="00B31379">
        <w:rPr>
          <w:rFonts w:cs="Arial" w:hint="cs"/>
          <w:rtl/>
          <w:lang w:bidi="he-IL"/>
        </w:rPr>
        <w:t>טופס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המלצת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קלינאי</w:t>
      </w:r>
      <w:r w:rsidRPr="00B31379">
        <w:rPr>
          <w:rFonts w:cs="Arial"/>
          <w:rtl/>
          <w:lang w:bidi="he-IL"/>
        </w:rPr>
        <w:t>/</w:t>
      </w:r>
      <w:r w:rsidRPr="00B31379">
        <w:rPr>
          <w:rFonts w:cs="Arial" w:hint="cs"/>
          <w:rtl/>
          <w:lang w:bidi="he-IL"/>
        </w:rPr>
        <w:t>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תקשורת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למערכת</w:t>
      </w:r>
      <w:r>
        <w:t xml:space="preserve"> FM </w:t>
      </w:r>
      <w:r w:rsidRPr="00B31379">
        <w:rPr>
          <w:rFonts w:cs="Arial" w:hint="cs"/>
          <w:rtl/>
          <w:lang w:bidi="he-IL"/>
        </w:rPr>
        <w:t>אישית</w:t>
      </w:r>
      <w:r>
        <w:t xml:space="preserve"> / Remote Mic </w:t>
      </w:r>
      <w:r w:rsidRPr="00B31379">
        <w:rPr>
          <w:rFonts w:cs="Arial" w:hint="cs"/>
          <w:rtl/>
          <w:lang w:bidi="he-IL"/>
        </w:rPr>
        <w:t>שמולא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ע</w:t>
      </w:r>
      <w:r w:rsidRPr="00B31379">
        <w:rPr>
          <w:rFonts w:cs="Arial"/>
          <w:rtl/>
          <w:lang w:bidi="he-IL"/>
        </w:rPr>
        <w:t>"</w:t>
      </w:r>
      <w:r w:rsidRPr="00B31379">
        <w:rPr>
          <w:rFonts w:cs="Arial" w:hint="cs"/>
          <w:rtl/>
          <w:lang w:bidi="he-IL"/>
        </w:rPr>
        <w:t>י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קלינאי</w:t>
      </w:r>
      <w:r w:rsidRPr="00B31379">
        <w:rPr>
          <w:rFonts w:cs="Arial"/>
          <w:rtl/>
          <w:lang w:bidi="he-IL"/>
        </w:rPr>
        <w:t>/</w:t>
      </w:r>
      <w:r w:rsidRPr="00B31379">
        <w:rPr>
          <w:rFonts w:cs="Arial" w:hint="cs"/>
          <w:rtl/>
          <w:lang w:bidi="he-IL"/>
        </w:rPr>
        <w:t>ית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התקשורת</w:t>
      </w:r>
      <w:r>
        <w:t>.</w:t>
      </w:r>
    </w:p>
    <w:p w:rsidR="00B31379" w:rsidRDefault="00B31379" w:rsidP="008C3A75">
      <w:pPr>
        <w:pStyle w:val="ae"/>
        <w:numPr>
          <w:ilvl w:val="0"/>
          <w:numId w:val="21"/>
        </w:numPr>
        <w:bidi/>
        <w:rPr>
          <w:rtl/>
        </w:rPr>
      </w:pPr>
      <w:r w:rsidRPr="008C3A75">
        <w:rPr>
          <w:rFonts w:cs="Arial" w:hint="cs"/>
          <w:rtl/>
          <w:lang w:bidi="he-IL"/>
        </w:rPr>
        <w:t>בדיקת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שמיעה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עדכנית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מלאה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ללא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עזרי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שמיעה</w:t>
      </w:r>
      <w:r w:rsidRPr="008C3A75">
        <w:rPr>
          <w:rFonts w:cs="Arial"/>
          <w:rtl/>
          <w:lang w:bidi="he-IL"/>
        </w:rPr>
        <w:t xml:space="preserve"> (</w:t>
      </w:r>
      <w:r w:rsidRPr="008C3A75">
        <w:rPr>
          <w:rFonts w:cs="Arial" w:hint="cs"/>
          <w:rtl/>
          <w:lang w:bidi="he-IL"/>
        </w:rPr>
        <w:t>עד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חצי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שנה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מתאריך</w:t>
      </w:r>
      <w:r w:rsidRPr="008C3A75">
        <w:rPr>
          <w:rFonts w:cs="Arial"/>
          <w:rtl/>
          <w:lang w:bidi="he-IL"/>
        </w:rPr>
        <w:t xml:space="preserve"> </w:t>
      </w:r>
      <w:r w:rsidRPr="008C3A75">
        <w:rPr>
          <w:rFonts w:cs="Arial" w:hint="cs"/>
          <w:rtl/>
          <w:lang w:bidi="he-IL"/>
        </w:rPr>
        <w:t>ההפניה</w:t>
      </w:r>
      <w:r w:rsidRPr="008C3A75">
        <w:rPr>
          <w:rFonts w:cs="Arial"/>
          <w:rtl/>
          <w:lang w:bidi="he-IL"/>
        </w:rPr>
        <w:t>)</w:t>
      </w:r>
      <w:r w:rsidR="008C3A75" w:rsidRPr="008C3A75">
        <w:rPr>
          <w:rFonts w:hint="cs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רק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כאשר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יש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צורך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בהתאמת</w:t>
      </w:r>
      <w:r w:rsidR="008C3A75" w:rsidRPr="008C3A75">
        <w:t xml:space="preserve"> FM/RM </w:t>
      </w:r>
      <w:r w:rsidR="008C3A75" w:rsidRPr="008C3A75">
        <w:rPr>
          <w:rFonts w:cs="Arial" w:hint="cs"/>
          <w:rtl/>
          <w:lang w:bidi="he-IL"/>
        </w:rPr>
        <w:t>ללא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צורך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במכשירי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שמיעה</w:t>
      </w:r>
      <w:r w:rsidR="008C3A75" w:rsidRPr="008C3A75">
        <w:rPr>
          <w:rFonts w:cs="Arial"/>
          <w:rtl/>
          <w:lang w:bidi="he-IL"/>
        </w:rPr>
        <w:t xml:space="preserve">. </w:t>
      </w:r>
      <w:r w:rsidR="008C3A75" w:rsidRPr="008C3A75">
        <w:rPr>
          <w:rFonts w:cs="Arial" w:hint="cs"/>
          <w:rtl/>
          <w:lang w:bidi="he-IL"/>
        </w:rPr>
        <w:t>אין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צורך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להגיש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אם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קיים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מכשיר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שמיעה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שאושר</w:t>
      </w:r>
      <w:r w:rsidR="008C3A75" w:rsidRPr="008C3A75">
        <w:rPr>
          <w:rFonts w:cs="Arial"/>
          <w:rtl/>
          <w:lang w:bidi="he-IL"/>
        </w:rPr>
        <w:t xml:space="preserve"> </w:t>
      </w:r>
      <w:r w:rsidR="008C3A75" w:rsidRPr="008C3A75">
        <w:rPr>
          <w:rFonts w:cs="Arial" w:hint="cs"/>
          <w:rtl/>
          <w:lang w:bidi="he-IL"/>
        </w:rPr>
        <w:t>בעבר</w:t>
      </w:r>
      <w:r w:rsidR="008C3A75">
        <w:rPr>
          <w:rFonts w:cs="Arial" w:hint="cs"/>
          <w:rtl/>
          <w:lang w:bidi="he-IL"/>
        </w:rPr>
        <w:t>.</w:t>
      </w:r>
    </w:p>
    <w:p w:rsidR="00B31379" w:rsidRDefault="00B31379" w:rsidP="00B31379">
      <w:pPr>
        <w:pStyle w:val="ae"/>
        <w:numPr>
          <w:ilvl w:val="0"/>
          <w:numId w:val="21"/>
        </w:numPr>
        <w:bidi/>
        <w:rPr>
          <w:rtl/>
        </w:rPr>
      </w:pPr>
      <w:r w:rsidRPr="00B31379">
        <w:rPr>
          <w:rFonts w:cs="Arial" w:hint="cs"/>
          <w:rtl/>
          <w:lang w:bidi="he-IL"/>
        </w:rPr>
        <w:t>מ</w:t>
      </w:r>
      <w:r w:rsidR="00F87785">
        <w:rPr>
          <w:rFonts w:cs="Arial" w:hint="cs"/>
          <w:rtl/>
          <w:lang w:bidi="he-IL"/>
        </w:rPr>
        <w:t>י</w:t>
      </w:r>
      <w:r w:rsidRPr="00B31379">
        <w:rPr>
          <w:rFonts w:cs="Arial" w:hint="cs"/>
          <w:rtl/>
          <w:lang w:bidi="he-IL"/>
        </w:rPr>
        <w:t>לוי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הטופס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</w:t>
      </w:r>
      <w:r w:rsidR="00F87785">
        <w:rPr>
          <w:rFonts w:cs="Arial" w:hint="cs"/>
          <w:rtl/>
          <w:lang w:bidi="he-IL"/>
        </w:rPr>
        <w:t>י</w:t>
      </w:r>
      <w:r w:rsidRPr="00B31379">
        <w:rPr>
          <w:rFonts w:cs="Arial" w:hint="cs"/>
          <w:rtl/>
          <w:lang w:bidi="he-IL"/>
        </w:rPr>
        <w:t>עשה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במחשב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בלבד</w:t>
      </w:r>
      <w:r w:rsidR="007203FA">
        <w:rPr>
          <w:rFonts w:cs="Arial" w:hint="cs"/>
          <w:rtl/>
          <w:lang w:bidi="he-IL"/>
        </w:rPr>
        <w:t xml:space="preserve"> </w:t>
      </w:r>
      <w:r w:rsidR="007203FA">
        <w:rPr>
          <w:rFonts w:cs="Arial"/>
          <w:rtl/>
          <w:lang w:bidi="he-IL"/>
        </w:rPr>
        <w:t>(</w:t>
      </w:r>
      <w:r w:rsidRPr="00B31379">
        <w:rPr>
          <w:rFonts w:cs="Arial" w:hint="cs"/>
          <w:rtl/>
          <w:lang w:bidi="he-IL"/>
        </w:rPr>
        <w:t>לא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יתקבל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טופס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ידני</w:t>
      </w:r>
      <w:r w:rsidRPr="00B31379">
        <w:rPr>
          <w:rFonts w:cs="Arial"/>
          <w:rtl/>
          <w:lang w:bidi="he-IL"/>
        </w:rPr>
        <w:t>)</w:t>
      </w:r>
      <w:r w:rsidR="007203FA">
        <w:rPr>
          <w:rFonts w:cs="Arial" w:hint="cs"/>
          <w:rtl/>
          <w:lang w:bidi="he-IL"/>
        </w:rPr>
        <w:t>,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שאר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הטפסים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י</w:t>
      </w:r>
      <w:r w:rsidR="007203FA">
        <w:rPr>
          <w:rFonts w:cs="Arial" w:hint="cs"/>
          <w:rtl/>
          <w:lang w:bidi="he-IL"/>
        </w:rPr>
        <w:t>י</w:t>
      </w:r>
      <w:r w:rsidRPr="00B31379">
        <w:rPr>
          <w:rFonts w:cs="Arial" w:hint="cs"/>
          <w:rtl/>
          <w:lang w:bidi="he-IL"/>
        </w:rPr>
        <w:t>סרקו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באופן</w:t>
      </w:r>
      <w:r w:rsidRPr="00B31379">
        <w:rPr>
          <w:rFonts w:cs="Arial"/>
          <w:rtl/>
          <w:lang w:bidi="he-IL"/>
        </w:rPr>
        <w:t xml:space="preserve"> </w:t>
      </w:r>
      <w:r w:rsidRPr="00B31379">
        <w:rPr>
          <w:rFonts w:cs="Arial" w:hint="cs"/>
          <w:rtl/>
          <w:lang w:bidi="he-IL"/>
        </w:rPr>
        <w:t>ברור</w:t>
      </w:r>
      <w:r>
        <w:t xml:space="preserve"> </w:t>
      </w:r>
    </w:p>
    <w:p w:rsidR="001B7499" w:rsidRPr="00F87785" w:rsidRDefault="00B31379" w:rsidP="00F87785">
      <w:pPr>
        <w:pStyle w:val="ae"/>
        <w:numPr>
          <w:ilvl w:val="0"/>
          <w:numId w:val="21"/>
        </w:numPr>
        <w:bidi/>
        <w:rPr>
          <w:rtl/>
          <w:lang w:bidi="he-IL"/>
        </w:rPr>
      </w:pPr>
      <w:r w:rsidRPr="00F87785">
        <w:rPr>
          <w:rFonts w:cs="Arial" w:hint="cs"/>
          <w:rtl/>
          <w:lang w:bidi="he-IL"/>
        </w:rPr>
        <w:t>יש</w:t>
      </w:r>
      <w:r w:rsidRPr="00F87785">
        <w:rPr>
          <w:rFonts w:cs="Arial"/>
          <w:rtl/>
          <w:lang w:bidi="he-IL"/>
        </w:rPr>
        <w:t xml:space="preserve"> </w:t>
      </w:r>
      <w:r w:rsidRPr="00F87785">
        <w:rPr>
          <w:rFonts w:cs="Arial" w:hint="cs"/>
          <w:rtl/>
          <w:lang w:bidi="he-IL"/>
        </w:rPr>
        <w:t>ל</w:t>
      </w:r>
      <w:r w:rsidR="00F87785" w:rsidRPr="00F87785">
        <w:rPr>
          <w:rFonts w:cs="Arial" w:hint="cs"/>
          <w:rtl/>
          <w:lang w:bidi="he-IL"/>
        </w:rPr>
        <w:t xml:space="preserve">שלוח את </w:t>
      </w:r>
      <w:r w:rsidRPr="00F87785">
        <w:rPr>
          <w:rFonts w:cs="Arial" w:hint="cs"/>
          <w:rtl/>
          <w:lang w:bidi="he-IL"/>
        </w:rPr>
        <w:t>החומר</w:t>
      </w:r>
      <w:r w:rsidRPr="00F87785">
        <w:rPr>
          <w:rFonts w:cs="Arial"/>
          <w:rtl/>
          <w:lang w:bidi="he-IL"/>
        </w:rPr>
        <w:t xml:space="preserve"> </w:t>
      </w:r>
      <w:r w:rsidR="00F87785" w:rsidRPr="00F87785">
        <w:rPr>
          <w:rFonts w:cs="Arial" w:hint="cs"/>
          <w:rtl/>
          <w:lang w:bidi="he-IL"/>
        </w:rPr>
        <w:t xml:space="preserve">למייל </w:t>
      </w:r>
      <w:r w:rsidR="00F87785" w:rsidRPr="00F87785">
        <w:t>HrShmchild@clalit.org.il</w:t>
      </w:r>
      <w:r w:rsidR="00F87785">
        <w:rPr>
          <w:rFonts w:hint="cs"/>
          <w:rtl/>
          <w:lang w:bidi="he-IL"/>
        </w:rPr>
        <w:t>.</w:t>
      </w:r>
    </w:p>
    <w:p w:rsidR="008023E0" w:rsidRDefault="008023E0" w:rsidP="008023E0">
      <w:pPr>
        <w:bidi/>
        <w:jc w:val="center"/>
        <w:rPr>
          <w:b/>
          <w:bCs/>
          <w:sz w:val="24"/>
          <w:szCs w:val="24"/>
          <w:rtl/>
          <w:lang w:bidi="he-IL"/>
        </w:rPr>
      </w:pPr>
      <w:r w:rsidRPr="008023E0">
        <w:rPr>
          <w:rFonts w:cs="Arial"/>
          <w:b/>
          <w:bCs/>
          <w:sz w:val="24"/>
          <w:szCs w:val="24"/>
          <w:rtl/>
        </w:rPr>
        <w:t>*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יש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למלא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את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כל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סעיפי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הטופס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,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טופס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שלא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ימולא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במלואו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</w:t>
      </w:r>
      <w:r w:rsidRPr="008023E0">
        <w:rPr>
          <w:rFonts w:cs="Arial" w:hint="cs"/>
          <w:b/>
          <w:bCs/>
          <w:sz w:val="24"/>
          <w:szCs w:val="24"/>
          <w:rtl/>
          <w:lang w:bidi="he-IL"/>
        </w:rPr>
        <w:t>יוחזר</w:t>
      </w:r>
      <w:r w:rsidRPr="008023E0">
        <w:rPr>
          <w:rFonts w:cs="Arial"/>
          <w:b/>
          <w:bCs/>
          <w:sz w:val="24"/>
          <w:szCs w:val="24"/>
          <w:rtl/>
          <w:lang w:bidi="he-IL"/>
        </w:rPr>
        <w:t xml:space="preserve"> .</w:t>
      </w:r>
    </w:p>
    <w:p w:rsidR="00D34FCB" w:rsidRDefault="00D34FCB" w:rsidP="00D34FCB">
      <w:pPr>
        <w:bidi/>
        <w:jc w:val="center"/>
        <w:rPr>
          <w:b/>
          <w:bCs/>
          <w:sz w:val="24"/>
          <w:szCs w:val="24"/>
          <w:rtl/>
          <w:lang w:bidi="he-IL"/>
        </w:rPr>
      </w:pP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2547"/>
        <w:gridCol w:w="1700"/>
        <w:gridCol w:w="426"/>
        <w:gridCol w:w="2122"/>
        <w:gridCol w:w="1968"/>
      </w:tblGrid>
      <w:tr w:rsidR="00B31379" w:rsidRPr="00FF1106" w:rsidTr="00011609">
        <w:tc>
          <w:tcPr>
            <w:tcW w:w="8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1379" w:rsidRDefault="00B31379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תאריך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B31379" w:rsidRDefault="00B31379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</w:p>
        </w:tc>
      </w:tr>
      <w:tr w:rsidR="00CF46D2" w:rsidRPr="00FF1106" w:rsidTr="00CF46D2">
        <w:tc>
          <w:tcPr>
            <w:tcW w:w="87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F46D2" w:rsidRPr="00FF1106" w:rsidRDefault="00CF46D2" w:rsidP="008023E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פרטי </w:t>
            </w:r>
            <w:r w:rsidR="008023E0">
              <w:rPr>
                <w:rFonts w:asciiTheme="minorBidi" w:hAnsiTheme="minorBidi" w:hint="cs"/>
                <w:rtl/>
                <w:lang w:bidi="he-IL"/>
              </w:rPr>
              <w:t>הילד</w:t>
            </w:r>
          </w:p>
        </w:tc>
      </w:tr>
      <w:tr w:rsidR="00027696" w:rsidRPr="00FF1106" w:rsidTr="008023E0">
        <w:trPr>
          <w:trHeight w:val="349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תאריך</w:t>
            </w:r>
            <w:r w:rsidRPr="00FF1106">
              <w:rPr>
                <w:rFonts w:asciiTheme="minorBidi" w:hAnsiTheme="minorBidi"/>
              </w:rPr>
              <w:t xml:space="preserve"> </w:t>
            </w:r>
            <w:r w:rsidRPr="00FF1106">
              <w:rPr>
                <w:rFonts w:asciiTheme="minorBidi" w:hAnsiTheme="minorBidi"/>
                <w:rtl/>
                <w:lang w:bidi="he-IL"/>
              </w:rPr>
              <w:t>לידה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811CF8">
              <w:rPr>
                <w:rFonts w:asciiTheme="minorBidi" w:hAnsiTheme="minorBidi" w:hint="cs"/>
                <w:sz w:val="18"/>
                <w:szCs w:val="18"/>
                <w:rtl/>
                <w:lang w:bidi="he-IL"/>
              </w:rPr>
              <w:t>תז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שם משפחה 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769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 w:rsidRPr="00FF1106">
              <w:rPr>
                <w:rFonts w:asciiTheme="minorBidi" w:hAnsiTheme="minorBidi"/>
                <w:rtl/>
                <w:lang w:bidi="he-IL"/>
              </w:rPr>
              <w:t>שם פרטי</w:t>
            </w:r>
          </w:p>
          <w:p w:rsidR="00027696" w:rsidRPr="00FF1106" w:rsidRDefault="00027696" w:rsidP="00811CF8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  <w:bookmarkEnd w:id="0"/>
            <w:r>
              <w:rPr>
                <w:rFonts w:asciiTheme="minorBidi" w:hAnsiTheme="minorBidi" w:hint="cs"/>
                <w:lang w:bidi="he-IL"/>
              </w:rPr>
              <w:t xml:space="preserve"> </w:t>
            </w:r>
          </w:p>
        </w:tc>
      </w:tr>
      <w:tr w:rsidR="00CF46D2" w:rsidRPr="00FF1106" w:rsidTr="008023E0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טלפון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ישוב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מספר בית</w:t>
            </w:r>
            <w:r w:rsidR="00027696">
              <w:rPr>
                <w:rFonts w:asciiTheme="minorBidi" w:hAnsiTheme="minorBidi" w:hint="cs"/>
              </w:rPr>
              <w:t xml:space="preserve"> </w:t>
            </w:r>
          </w:p>
          <w:p w:rsidR="00811CF8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CF8" w:rsidRDefault="00811CF8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רחוב</w:t>
            </w:r>
          </w:p>
          <w:p w:rsidR="00027696" w:rsidRPr="00FF1106" w:rsidRDefault="00027696" w:rsidP="00027696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  <w:tr w:rsidR="008023E0" w:rsidRPr="00FF1106" w:rsidTr="008023E0">
        <w:trPr>
          <w:trHeight w:val="746"/>
        </w:trPr>
        <w:tc>
          <w:tcPr>
            <w:tcW w:w="46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11CF8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מייל</w:t>
            </w:r>
          </w:p>
          <w:p w:rsidR="008023E0" w:rsidRPr="00FF1106" w:rsidRDefault="008023E0" w:rsidP="00811CF8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ההורה/ אפטרופוס</w:t>
            </w:r>
          </w:p>
          <w:p w:rsidR="008023E0" w:rsidRPr="00FF1106" w:rsidRDefault="008023E0" w:rsidP="008023E0">
            <w:pPr>
              <w:bidi/>
              <w:spacing w:after="0" w:line="240" w:lineRule="auto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</w:tbl>
    <w:p w:rsidR="008023E0" w:rsidRDefault="008023E0" w:rsidP="008023E0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BA4F0A" w:rsidRDefault="00BA4F0A" w:rsidP="00BA4F0A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D34FCB" w:rsidRDefault="00D34FCB" w:rsidP="00D34FCB">
      <w:pPr>
        <w:bidi/>
        <w:spacing w:after="160" w:line="259" w:lineRule="auto"/>
        <w:rPr>
          <w:rFonts w:ascii="Calibri" w:eastAsia="Calibri" w:hAnsi="Calibri" w:cs="Arial"/>
          <w:u w:val="single"/>
          <w:rtl/>
          <w:lang w:bidi="he-IL"/>
        </w:rPr>
      </w:pPr>
    </w:p>
    <w:p w:rsidR="00B31379" w:rsidRPr="00B31379" w:rsidRDefault="00B31379" w:rsidP="00B31379">
      <w:pPr>
        <w:bidi/>
        <w:spacing w:after="160" w:line="259" w:lineRule="auto"/>
        <w:rPr>
          <w:rFonts w:ascii="Calibri" w:eastAsia="Calibri" w:hAnsi="Calibri" w:cs="Arial"/>
          <w:b/>
          <w:bCs/>
          <w:u w:val="single"/>
          <w:rtl/>
          <w:lang w:bidi="he-IL"/>
        </w:rPr>
      </w:pP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lastRenderedPageBreak/>
        <w:t>רקע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-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מאפייני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הסביבה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החינוכית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וצרכי</w:t>
      </w:r>
      <w:r w:rsidRPr="00B31379">
        <w:rPr>
          <w:rFonts w:ascii="Calibri" w:eastAsia="Calibri" w:hAnsi="Calibri" w:cs="Arial"/>
          <w:b/>
          <w:bCs/>
          <w:u w:val="single"/>
          <w:rtl/>
          <w:lang w:bidi="he-IL"/>
        </w:rPr>
        <w:t xml:space="preserve"> </w:t>
      </w:r>
      <w:r w:rsidRPr="00B31379">
        <w:rPr>
          <w:rFonts w:ascii="Calibri" w:eastAsia="Calibri" w:hAnsi="Calibri" w:cs="Arial" w:hint="cs"/>
          <w:b/>
          <w:bCs/>
          <w:u w:val="single"/>
          <w:rtl/>
          <w:lang w:bidi="he-IL"/>
        </w:rPr>
        <w:t>הילד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נמצא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במסגרת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חינוכית</w:t>
      </w:r>
      <w:r>
        <w:rPr>
          <w:rFonts w:asciiTheme="minorBidi" w:hAnsiTheme="minorBidi" w:cs="Arial" w:hint="cs"/>
          <w:rtl/>
          <w:lang w:bidi="he-IL"/>
        </w:rPr>
        <w:t xml:space="preserve">? </w:t>
      </w:r>
      <w:sdt>
        <w:sdtPr>
          <w:rPr>
            <w:rFonts w:asciiTheme="minorBidi" w:hAnsiTheme="minorBidi" w:cs="Arial" w:hint="cs"/>
            <w:rtl/>
            <w:lang w:bidi="he-IL"/>
          </w:rPr>
          <w:id w:val="1714775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/>
            <w:rtl/>
            <w:lang w:bidi="he-IL"/>
          </w:rPr>
          <w:id w:val="-1576356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במידה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שנמצא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במסגרת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חינוכית</w:t>
      </w:r>
      <w:r w:rsidRPr="00B31379">
        <w:rPr>
          <w:rFonts w:asciiTheme="minorBidi" w:hAnsiTheme="minorBidi" w:cs="Arial"/>
          <w:rtl/>
          <w:lang w:bidi="he-IL"/>
        </w:rPr>
        <w:t xml:space="preserve">, </w:t>
      </w: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משולב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בכיתה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Theme="minorBidi" w:hAnsiTheme="minorBidi" w:cs="Arial"/>
            <w:rtl/>
            <w:lang w:bidi="he-IL"/>
          </w:rPr>
          <w:id w:val="-1968110032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B26E41">
            <w:rPr>
              <w:rFonts w:ascii="Segoe UI Symbol" w:eastAsia="MS Gothic" w:hAnsi="Segoe UI Symbol" w:cs="Segoe UI Symbol" w:hint="cs"/>
              <w:rtl/>
              <w:lang w:bidi="he-IL"/>
            </w:rPr>
            <w:t>☒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קטנה</w:t>
      </w:r>
      <w:r w:rsidRPr="00B31379">
        <w:rPr>
          <w:rFonts w:asciiTheme="minorBidi" w:hAnsiTheme="minorBidi" w:cs="Arial"/>
          <w:rtl/>
          <w:lang w:bidi="he-IL"/>
        </w:rPr>
        <w:t xml:space="preserve">/ </w:t>
      </w:r>
      <w:sdt>
        <w:sdtPr>
          <w:rPr>
            <w:rFonts w:asciiTheme="minorBidi" w:hAnsiTheme="minorBidi" w:cs="Arial" w:hint="cs"/>
            <w:rtl/>
            <w:lang w:bidi="he-IL"/>
          </w:rPr>
          <w:id w:val="-1195615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בכיתה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רגילה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קיימת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כיתת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קבועה</w:t>
      </w:r>
      <w:r>
        <w:rPr>
          <w:rFonts w:asciiTheme="minorBidi" w:hAnsiTheme="minorBidi" w:cs="Arial" w:hint="cs"/>
          <w:rtl/>
          <w:lang w:bidi="he-IL"/>
        </w:rPr>
        <w:t>?</w:t>
      </w:r>
      <w:sdt>
        <w:sdtPr>
          <w:rPr>
            <w:rFonts w:asciiTheme="minorBidi" w:hAnsiTheme="minorBidi" w:cs="Arial" w:hint="cs"/>
            <w:rtl/>
            <w:lang w:bidi="he-IL"/>
          </w:rPr>
          <w:id w:val="-20896065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/>
            <w:rtl/>
            <w:lang w:bidi="he-IL"/>
          </w:rPr>
          <w:id w:val="13690997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  <w:r w:rsidRPr="00B31379">
        <w:rPr>
          <w:rFonts w:asciiTheme="minorBidi" w:hAnsiTheme="minorBidi"/>
        </w:rPr>
        <w:t xml:space="preserve"> </w:t>
      </w: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כיתת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מונגשת</w:t>
      </w:r>
      <w:r w:rsidRPr="00B31379">
        <w:rPr>
          <w:rFonts w:asciiTheme="minorBidi" w:hAnsiTheme="minorBidi" w:cs="Arial"/>
          <w:rtl/>
          <w:lang w:bidi="he-IL"/>
        </w:rPr>
        <w:t xml:space="preserve"> (</w:t>
      </w:r>
      <w:r w:rsidRPr="00B31379">
        <w:rPr>
          <w:rFonts w:asciiTheme="minorBidi" w:hAnsiTheme="minorBidi" w:cs="Arial" w:hint="cs"/>
          <w:rtl/>
          <w:lang w:bidi="he-IL"/>
        </w:rPr>
        <w:t>התאמה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אקוסטית</w:t>
      </w:r>
      <w:r w:rsidRPr="00B31379">
        <w:rPr>
          <w:rFonts w:asciiTheme="minorBidi" w:hAnsiTheme="minorBidi" w:cs="Arial"/>
          <w:rtl/>
          <w:lang w:bidi="he-IL"/>
        </w:rPr>
        <w:t xml:space="preserve">) </w:t>
      </w:r>
      <w:r>
        <w:rPr>
          <w:rFonts w:asciiTheme="minorBidi" w:hAnsiTheme="minorBidi" w:cs="Arial" w:hint="cs"/>
          <w:rtl/>
          <w:lang w:bidi="he-IL"/>
        </w:rPr>
        <w:t>?</w:t>
      </w:r>
      <w:sdt>
        <w:sdtPr>
          <w:rPr>
            <w:rFonts w:asciiTheme="minorBidi" w:hAnsiTheme="minorBidi" w:cs="Arial" w:hint="cs"/>
            <w:rtl/>
            <w:lang w:bidi="he-IL"/>
          </w:rPr>
          <w:id w:val="-9291173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</w:t>
      </w:r>
      <w:sdt>
        <w:sdtPr>
          <w:rPr>
            <w:rFonts w:asciiTheme="minorBidi" w:hAnsiTheme="minorBidi" w:cs="Arial"/>
            <w:rtl/>
            <w:lang w:bidi="he-IL"/>
          </w:rPr>
          <w:id w:val="1524833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הכיתה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המונגשת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כוללת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מערכת</w:t>
      </w:r>
      <w:r w:rsidRPr="00B31379">
        <w:rPr>
          <w:rFonts w:asciiTheme="minorBidi" w:hAnsiTheme="minorBidi"/>
        </w:rPr>
        <w:t xml:space="preserve"> FM </w:t>
      </w:r>
      <w:r w:rsidRPr="00B31379">
        <w:rPr>
          <w:rFonts w:asciiTheme="minorBidi" w:hAnsiTheme="minorBidi" w:cs="Arial" w:hint="cs"/>
          <w:rtl/>
          <w:lang w:bidi="he-IL"/>
        </w:rPr>
        <w:t>כיתתית</w:t>
      </w:r>
      <w:r w:rsidRPr="00B31379">
        <w:rPr>
          <w:rFonts w:asciiTheme="minorBidi" w:hAnsiTheme="minorBidi" w:cs="Arial"/>
          <w:rtl/>
          <w:lang w:bidi="he-IL"/>
        </w:rPr>
        <w:t xml:space="preserve">- </w:t>
      </w:r>
      <w:r w:rsidRPr="00B31379">
        <w:rPr>
          <w:rFonts w:asciiTheme="minorBidi" w:hAnsiTheme="minorBidi" w:cs="Arial" w:hint="cs"/>
          <w:rtl/>
          <w:lang w:bidi="he-IL"/>
        </w:rPr>
        <w:t>סביבתית</w:t>
      </w:r>
      <w:r>
        <w:rPr>
          <w:rFonts w:asciiTheme="minorBidi" w:hAnsiTheme="minorBidi" w:cs="Arial" w:hint="cs"/>
          <w:rtl/>
          <w:lang w:bidi="he-IL"/>
        </w:rPr>
        <w:t xml:space="preserve">? </w:t>
      </w:r>
      <w:sdt>
        <w:sdtPr>
          <w:rPr>
            <w:rFonts w:asciiTheme="minorBidi" w:hAnsiTheme="minorBidi" w:cs="Arial" w:hint="cs"/>
            <w:rtl/>
            <w:lang w:bidi="he-IL"/>
          </w:rPr>
          <w:id w:val="-103190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1787853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5750A1" w:rsidRPr="00B31379" w:rsidRDefault="005750A1" w:rsidP="005750A1">
      <w:pPr>
        <w:pStyle w:val="ae"/>
        <w:bidi/>
        <w:rPr>
          <w:rFonts w:asciiTheme="minorBidi" w:hAnsiTheme="minorBidi"/>
          <w:rtl/>
        </w:rPr>
      </w:pPr>
    </w:p>
    <w:p w:rsidR="00B31379" w:rsidRDefault="00B31379" w:rsidP="005750A1">
      <w:pPr>
        <w:pStyle w:val="ae"/>
        <w:numPr>
          <w:ilvl w:val="0"/>
          <w:numId w:val="24"/>
        </w:numPr>
        <w:bidi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אנא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פרט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מדוע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נדרשת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המערכת</w:t>
      </w:r>
      <w:r w:rsidRPr="00B31379">
        <w:rPr>
          <w:rFonts w:asciiTheme="minorBidi" w:hAnsiTheme="minorBidi" w:cs="Arial"/>
          <w:rtl/>
          <w:lang w:bidi="he-IL"/>
        </w:rPr>
        <w:t xml:space="preserve">  </w:t>
      </w:r>
      <w:r w:rsidRPr="00B31379">
        <w:rPr>
          <w:rFonts w:asciiTheme="minorBidi" w:hAnsiTheme="minorBidi" w:cs="Arial" w:hint="cs"/>
          <w:rtl/>
          <w:lang w:bidi="he-IL"/>
        </w:rPr>
        <w:t>המומלצת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לילד</w:t>
      </w:r>
      <w:r w:rsidR="002874B8">
        <w:rPr>
          <w:rFonts w:asciiTheme="minorBidi" w:hAnsiTheme="minorBidi" w:cs="Arial" w:hint="cs"/>
          <w:rtl/>
          <w:lang w:bidi="he-IL"/>
        </w:rPr>
        <w:t>:</w:t>
      </w:r>
      <w:r w:rsidRPr="00B31379">
        <w:rPr>
          <w:rFonts w:asciiTheme="minorBidi" w:hAnsiTheme="minorBidi"/>
        </w:rPr>
        <w:t xml:space="preserve"> </w:t>
      </w:r>
    </w:p>
    <w:p w:rsidR="005750A1" w:rsidRDefault="005750A1" w:rsidP="005750A1">
      <w:pPr>
        <w:pStyle w:val="ae"/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5750A1" w:rsidRPr="00B31379" w:rsidRDefault="005750A1" w:rsidP="005750A1">
      <w:pPr>
        <w:pStyle w:val="ae"/>
        <w:bidi/>
        <w:rPr>
          <w:rFonts w:asciiTheme="minorBidi" w:hAnsiTheme="minorBidi"/>
          <w:rtl/>
        </w:rPr>
      </w:pPr>
    </w:p>
    <w:p w:rsidR="00B31379" w:rsidRDefault="00B31379" w:rsidP="005750A1">
      <w:pPr>
        <w:pStyle w:val="ae"/>
        <w:numPr>
          <w:ilvl w:val="0"/>
          <w:numId w:val="24"/>
        </w:numPr>
        <w:bidi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הגורם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שילווה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הטמעת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מערכת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</w:t>
      </w:r>
      <w:r w:rsidRPr="00B31379">
        <w:rPr>
          <w:rFonts w:asciiTheme="minorBidi" w:hAnsiTheme="minorBidi"/>
        </w:rPr>
        <w:t xml:space="preserve"> FM </w:t>
      </w:r>
      <w:r w:rsidRPr="00B31379">
        <w:rPr>
          <w:rFonts w:asciiTheme="minorBidi" w:hAnsiTheme="minorBidi" w:cs="Arial" w:hint="cs"/>
          <w:rtl/>
          <w:lang w:bidi="he-IL"/>
        </w:rPr>
        <w:t>האישית</w:t>
      </w:r>
      <w:r w:rsidRPr="00B31379">
        <w:rPr>
          <w:rFonts w:asciiTheme="minorBidi" w:hAnsiTheme="minorBidi"/>
        </w:rPr>
        <w:t xml:space="preserve"> / RM </w:t>
      </w:r>
      <w:r w:rsidRPr="00B31379">
        <w:rPr>
          <w:rFonts w:asciiTheme="minorBidi" w:hAnsiTheme="minorBidi" w:cs="Arial" w:hint="cs"/>
          <w:rtl/>
          <w:lang w:bidi="he-IL"/>
        </w:rPr>
        <w:t>במסגרת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החינוכית</w:t>
      </w:r>
      <w:r w:rsidRPr="00B31379">
        <w:rPr>
          <w:rFonts w:asciiTheme="minorBidi" w:hAnsiTheme="minorBidi"/>
        </w:rPr>
        <w:t xml:space="preserve">: </w:t>
      </w:r>
    </w:p>
    <w:p w:rsidR="005750A1" w:rsidRPr="00B31379" w:rsidRDefault="005750A1" w:rsidP="005750A1">
      <w:pPr>
        <w:pStyle w:val="ae"/>
        <w:bidi/>
        <w:rPr>
          <w:rFonts w:asciiTheme="minorBidi" w:hAnsiTheme="minorBidi"/>
          <w:rtl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p w:rsidR="00B31379" w:rsidRPr="00B31379" w:rsidRDefault="00B31379" w:rsidP="00B31379">
      <w:pPr>
        <w:pStyle w:val="ae"/>
        <w:bidi/>
        <w:ind w:left="-360"/>
        <w:rPr>
          <w:rFonts w:asciiTheme="minorBidi" w:hAnsiTheme="minorBidi"/>
          <w:rtl/>
        </w:rPr>
      </w:pPr>
    </w:p>
    <w:p w:rsidR="00B31379" w:rsidRPr="005750A1" w:rsidRDefault="00B31379" w:rsidP="001F6617">
      <w:pPr>
        <w:bidi/>
        <w:ind w:left="360"/>
        <w:rPr>
          <w:rFonts w:asciiTheme="minorBidi" w:hAnsiTheme="minorBidi"/>
          <w:b/>
          <w:bCs/>
          <w:rtl/>
          <w:lang w:bidi="he-IL"/>
        </w:rPr>
      </w:pPr>
      <w:r w:rsidRPr="005750A1">
        <w:rPr>
          <w:rFonts w:asciiTheme="minorBidi" w:hAnsiTheme="minorBidi" w:cs="Arial" w:hint="cs"/>
          <w:b/>
          <w:bCs/>
          <w:rtl/>
          <w:lang w:bidi="he-IL"/>
        </w:rPr>
        <w:t>המלצה</w:t>
      </w:r>
      <w:r w:rsidRPr="005750A1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b/>
          <w:bCs/>
          <w:rtl/>
          <w:lang w:bidi="he-IL"/>
        </w:rPr>
        <w:t>למערכת</w:t>
      </w:r>
      <w:r w:rsidRPr="005750A1">
        <w:rPr>
          <w:rFonts w:asciiTheme="minorBidi" w:hAnsiTheme="minorBidi"/>
          <w:b/>
          <w:bCs/>
        </w:rPr>
        <w:t xml:space="preserve"> FM </w:t>
      </w:r>
      <w:r w:rsidR="001F6617">
        <w:rPr>
          <w:rFonts w:asciiTheme="minorBidi" w:hAnsiTheme="minorBidi" w:cs="Arial" w:hint="cs"/>
          <w:b/>
          <w:bCs/>
          <w:rtl/>
          <w:lang w:bidi="he-IL"/>
        </w:rPr>
        <w:t xml:space="preserve">אישית </w:t>
      </w:r>
      <w:r w:rsidRPr="005750A1">
        <w:rPr>
          <w:rFonts w:asciiTheme="minorBidi" w:hAnsiTheme="minorBidi"/>
          <w:b/>
          <w:bCs/>
        </w:rPr>
        <w:t xml:space="preserve"> Remote Mic</w:t>
      </w:r>
      <w:r w:rsidR="001F6617">
        <w:rPr>
          <w:rFonts w:asciiTheme="minorBidi" w:hAnsiTheme="minorBidi"/>
          <w:b/>
          <w:bCs/>
        </w:rPr>
        <w:t xml:space="preserve"> /</w:t>
      </w:r>
      <w:r w:rsidR="001F6617">
        <w:rPr>
          <w:rFonts w:asciiTheme="minorBidi" w:hAnsiTheme="minorBidi" w:hint="cs"/>
          <w:b/>
          <w:bCs/>
          <w:rtl/>
          <w:lang w:bidi="he-IL"/>
        </w:rPr>
        <w:t>:</w:t>
      </w:r>
    </w:p>
    <w:p w:rsidR="00B31379" w:rsidRPr="001F6617" w:rsidRDefault="00B31379" w:rsidP="001F6617">
      <w:pPr>
        <w:pStyle w:val="ae"/>
        <w:numPr>
          <w:ilvl w:val="1"/>
          <w:numId w:val="24"/>
        </w:numPr>
        <w:bidi/>
        <w:rPr>
          <w:rFonts w:asciiTheme="minorBidi" w:hAnsiTheme="minorBidi"/>
          <w:rtl/>
          <w:lang w:bidi="he-IL"/>
        </w:rPr>
      </w:pPr>
      <w:r w:rsidRPr="001F6617">
        <w:rPr>
          <w:rFonts w:asciiTheme="minorBidi" w:hAnsiTheme="minorBidi" w:cs="Arial" w:hint="cs"/>
          <w:rtl/>
          <w:lang w:bidi="he-IL"/>
        </w:rPr>
        <w:t>לנ</w:t>
      </w:r>
      <w:r w:rsidRPr="001F6617">
        <w:rPr>
          <w:rFonts w:asciiTheme="minorBidi" w:hAnsiTheme="minorBidi" w:cs="Arial"/>
          <w:rtl/>
          <w:lang w:bidi="he-IL"/>
        </w:rPr>
        <w:t>"</w:t>
      </w:r>
      <w:r w:rsidRPr="001F6617">
        <w:rPr>
          <w:rFonts w:asciiTheme="minorBidi" w:hAnsiTheme="minorBidi" w:cs="Arial" w:hint="cs"/>
          <w:rtl/>
          <w:lang w:bidi="he-IL"/>
        </w:rPr>
        <w:t>ל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אובחנה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לקות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שמיעה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="Segoe UI Symbol" w:eastAsia="MS Gothic" w:hAnsi="Segoe UI Symbol" w:cs="Segoe UI Symbol"/>
            <w:rtl/>
            <w:lang w:bidi="he-IL"/>
          </w:rPr>
          <w:id w:val="3629377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50A1" w:rsidRP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1F6617">
        <w:rPr>
          <w:rFonts w:asciiTheme="minorBidi" w:hAnsiTheme="minorBidi" w:cs="Arial" w:hint="cs"/>
          <w:rtl/>
          <w:lang w:bidi="he-IL"/>
        </w:rPr>
        <w:t>חד</w:t>
      </w:r>
      <w:r w:rsidRPr="001F6617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="Segoe UI Symbol" w:eastAsia="MS Gothic" w:hAnsi="Segoe UI Symbol" w:cs="Segoe UI Symbol"/>
            <w:rtl/>
            <w:lang w:bidi="he-IL"/>
          </w:rPr>
          <w:id w:val="-19890821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50A1" w:rsidRP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1F6617">
        <w:rPr>
          <w:rFonts w:asciiTheme="minorBidi" w:hAnsiTheme="minorBidi" w:cs="Arial" w:hint="cs"/>
          <w:rtl/>
          <w:lang w:bidi="he-IL"/>
        </w:rPr>
        <w:t>דו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צידית</w:t>
      </w:r>
    </w:p>
    <w:p w:rsidR="00B31379" w:rsidRPr="00B31379" w:rsidRDefault="00B31379" w:rsidP="001F6617">
      <w:pPr>
        <w:pStyle w:val="ae"/>
        <w:numPr>
          <w:ilvl w:val="1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רמת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לקות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השמיעה</w:t>
      </w:r>
      <w:r w:rsidRPr="00B31379">
        <w:rPr>
          <w:rFonts w:asciiTheme="minorBidi" w:hAnsiTheme="minorBidi" w:cs="Arial"/>
          <w:rtl/>
          <w:lang w:bidi="he-IL"/>
        </w:rPr>
        <w:t xml:space="preserve">: </w:t>
      </w: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ימין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="005750A1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 w:hint="cs"/>
          <w:lang w:bidi="he-IL"/>
        </w:rPr>
        <w:instrText>FORMTEXT</w:instrText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/>
          <w:lang w:bidi="he-IL"/>
        </w:rPr>
      </w:r>
      <w:r w:rsidR="005750A1">
        <w:rPr>
          <w:rFonts w:asciiTheme="minorBidi" w:hAnsiTheme="minorBidi"/>
          <w:lang w:bidi="he-IL"/>
        </w:rPr>
        <w:fldChar w:fldCharType="separate"/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lang w:bidi="he-IL"/>
        </w:rPr>
        <w:fldChar w:fldCharType="end"/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שמאל</w:t>
      </w:r>
      <w:r w:rsidRPr="00B31379">
        <w:rPr>
          <w:rFonts w:asciiTheme="minorBidi" w:hAnsiTheme="minorBidi"/>
        </w:rPr>
        <w:t xml:space="preserve"> </w:t>
      </w:r>
      <w:r w:rsidR="005750A1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 w:hint="cs"/>
          <w:lang w:bidi="he-IL"/>
        </w:rPr>
        <w:instrText>FORMTEXT</w:instrText>
      </w:r>
      <w:r w:rsidR="005750A1">
        <w:rPr>
          <w:rFonts w:asciiTheme="minorBidi" w:hAnsiTheme="minorBidi"/>
          <w:lang w:bidi="he-IL"/>
        </w:rPr>
        <w:instrText xml:space="preserve"> </w:instrText>
      </w:r>
      <w:r w:rsidR="005750A1">
        <w:rPr>
          <w:rFonts w:asciiTheme="minorBidi" w:hAnsiTheme="minorBidi"/>
          <w:lang w:bidi="he-IL"/>
        </w:rPr>
      </w:r>
      <w:r w:rsidR="005750A1">
        <w:rPr>
          <w:rFonts w:asciiTheme="minorBidi" w:hAnsiTheme="minorBidi"/>
          <w:lang w:bidi="he-IL"/>
        </w:rPr>
        <w:fldChar w:fldCharType="separate"/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noProof/>
          <w:lang w:bidi="he-IL"/>
        </w:rPr>
        <w:t> </w:t>
      </w:r>
      <w:r w:rsidR="005750A1">
        <w:rPr>
          <w:rFonts w:asciiTheme="minorBidi" w:hAnsiTheme="minorBidi"/>
          <w:lang w:bidi="he-IL"/>
        </w:rPr>
        <w:fldChar w:fldCharType="end"/>
      </w:r>
    </w:p>
    <w:p w:rsidR="00B31379" w:rsidRPr="007203FA" w:rsidRDefault="00B31379" w:rsidP="007203FA">
      <w:pPr>
        <w:bidi/>
        <w:ind w:left="720"/>
        <w:rPr>
          <w:rFonts w:asciiTheme="minorBidi" w:hAnsiTheme="minorBidi"/>
          <w:rtl/>
          <w:lang w:bidi="he-IL"/>
        </w:rPr>
      </w:pPr>
      <w:r w:rsidRPr="005750A1">
        <w:rPr>
          <w:rFonts w:asciiTheme="minorBidi" w:hAnsiTheme="minorBidi" w:cs="Arial" w:hint="cs"/>
          <w:rtl/>
          <w:lang w:bidi="he-IL"/>
        </w:rPr>
        <w:t>יש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לצרף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בדיקה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עדכנית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ובמידת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הצורך</w:t>
      </w:r>
      <w:r w:rsidRPr="005750A1">
        <w:rPr>
          <w:rFonts w:asciiTheme="minorBidi" w:hAnsiTheme="minorBidi" w:cs="Arial"/>
          <w:rtl/>
          <w:lang w:bidi="he-IL"/>
        </w:rPr>
        <w:t xml:space="preserve"> – </w:t>
      </w:r>
      <w:r w:rsidRPr="005750A1">
        <w:rPr>
          <w:rFonts w:asciiTheme="minorBidi" w:hAnsiTheme="minorBidi" w:cs="Arial" w:hint="cs"/>
          <w:rtl/>
          <w:lang w:bidi="he-IL"/>
        </w:rPr>
        <w:t>גם</w:t>
      </w:r>
      <w:r w:rsidRPr="005750A1">
        <w:rPr>
          <w:rFonts w:asciiTheme="minorBidi" w:hAnsiTheme="minorBidi" w:cs="Arial"/>
          <w:rtl/>
          <w:lang w:bidi="he-IL"/>
        </w:rPr>
        <w:t xml:space="preserve"> </w:t>
      </w:r>
      <w:r w:rsidRPr="005750A1">
        <w:rPr>
          <w:rFonts w:asciiTheme="minorBidi" w:hAnsiTheme="minorBidi" w:cs="Arial" w:hint="cs"/>
          <w:rtl/>
          <w:lang w:bidi="he-IL"/>
        </w:rPr>
        <w:t>בדיקת</w:t>
      </w:r>
      <w:r w:rsidR="005750A1">
        <w:rPr>
          <w:rFonts w:asciiTheme="minorBidi" w:hAnsiTheme="minorBidi"/>
        </w:rPr>
        <w:t xml:space="preserve"> ABR</w:t>
      </w:r>
      <w:r w:rsidR="007203FA">
        <w:rPr>
          <w:rFonts w:asciiTheme="minorBidi" w:hAnsiTheme="minorBidi"/>
        </w:rPr>
        <w:t xml:space="preserve"> </w:t>
      </w:r>
      <w:r w:rsidR="007203FA">
        <w:rPr>
          <w:rFonts w:asciiTheme="minorBidi" w:hAnsiTheme="minorBidi" w:hint="cs"/>
          <w:rtl/>
          <w:lang w:bidi="he-IL"/>
        </w:rPr>
        <w:t>.</w:t>
      </w:r>
    </w:p>
    <w:p w:rsidR="00D34FCB" w:rsidRDefault="00D34FCB" w:rsidP="00D34FCB">
      <w:pPr>
        <w:bidi/>
        <w:rPr>
          <w:rFonts w:asciiTheme="minorBidi" w:hAnsiTheme="minorBidi" w:cs="Arial"/>
          <w:b/>
          <w:bCs/>
          <w:rtl/>
          <w:lang w:bidi="he-IL"/>
        </w:rPr>
      </w:pPr>
    </w:p>
    <w:p w:rsidR="00D34FCB" w:rsidRDefault="00D34FCB" w:rsidP="00D34FCB">
      <w:pPr>
        <w:bidi/>
        <w:rPr>
          <w:rFonts w:asciiTheme="minorBidi" w:hAnsiTheme="minorBidi" w:cs="Arial"/>
          <w:b/>
          <w:bCs/>
          <w:rtl/>
          <w:lang w:bidi="he-IL"/>
        </w:rPr>
      </w:pPr>
    </w:p>
    <w:p w:rsidR="00B31379" w:rsidRPr="005750A1" w:rsidRDefault="005750A1" w:rsidP="001F6617">
      <w:pPr>
        <w:bidi/>
        <w:rPr>
          <w:rFonts w:asciiTheme="minorBidi" w:hAnsiTheme="minorBidi"/>
          <w:b/>
          <w:bCs/>
          <w:rtl/>
        </w:rPr>
      </w:pPr>
      <w:r>
        <w:rPr>
          <w:rFonts w:asciiTheme="minorBidi" w:hAnsiTheme="minorBidi" w:cs="Arial" w:hint="cs"/>
          <w:b/>
          <w:bCs/>
          <w:lang w:bidi="he-IL"/>
        </w:rPr>
        <w:t xml:space="preserve">    </w:t>
      </w:r>
      <w:r w:rsidR="00B31379" w:rsidRPr="005750A1">
        <w:rPr>
          <w:rFonts w:asciiTheme="minorBidi" w:hAnsiTheme="minorBidi" w:cs="Arial" w:hint="cs"/>
          <w:b/>
          <w:bCs/>
          <w:rtl/>
          <w:lang w:bidi="he-IL"/>
        </w:rPr>
        <w:t>סוג</w:t>
      </w:r>
      <w:r w:rsidR="00B31379" w:rsidRPr="005750A1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="00B31379" w:rsidRPr="005750A1">
        <w:rPr>
          <w:rFonts w:asciiTheme="minorBidi" w:hAnsiTheme="minorBidi" w:cs="Arial" w:hint="cs"/>
          <w:b/>
          <w:bCs/>
          <w:rtl/>
          <w:lang w:bidi="he-IL"/>
        </w:rPr>
        <w:t>לקות</w:t>
      </w:r>
      <w:r w:rsidR="00B31379" w:rsidRPr="005750A1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="00B31379" w:rsidRPr="005750A1">
        <w:rPr>
          <w:rFonts w:asciiTheme="minorBidi" w:hAnsiTheme="minorBidi" w:cs="Arial" w:hint="cs"/>
          <w:b/>
          <w:bCs/>
          <w:rtl/>
          <w:lang w:bidi="he-IL"/>
        </w:rPr>
        <w:t>השמיעה</w:t>
      </w:r>
      <w:r w:rsidR="00B31379" w:rsidRPr="005750A1">
        <w:rPr>
          <w:rFonts w:asciiTheme="minorBidi" w:hAnsiTheme="minorBidi"/>
          <w:b/>
          <w:bCs/>
        </w:rPr>
        <w:t xml:space="preserve">: </w:t>
      </w:r>
    </w:p>
    <w:p w:rsidR="001F6617" w:rsidRPr="001F6617" w:rsidRDefault="00B31379" w:rsidP="00BA4F0A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</w:rPr>
      </w:pP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ימין</w:t>
      </w:r>
      <w:r w:rsidRPr="00B31379">
        <w:rPr>
          <w:rFonts w:asciiTheme="minorBidi" w:hAnsiTheme="minorBidi" w:cs="Arial"/>
          <w:rtl/>
          <w:lang w:bidi="he-IL"/>
        </w:rPr>
        <w:t xml:space="preserve"> -</w:t>
      </w:r>
      <w:r w:rsidR="00BA4F0A" w:rsidRPr="00BA4F0A">
        <w:rPr>
          <w:rFonts w:asciiTheme="minorBidi" w:hAnsiTheme="minorBidi" w:cs="Arial" w:hint="cs"/>
          <w:rtl/>
          <w:lang w:bidi="he-IL"/>
        </w:rPr>
        <w:t xml:space="preserve"> </w:t>
      </w:r>
      <w:sdt>
        <w:sdtPr>
          <w:rPr>
            <w:rFonts w:asciiTheme="minorBidi" w:hAnsiTheme="minorBidi" w:cs="Arial" w:hint="cs"/>
            <w:rtl/>
            <w:lang w:bidi="he-IL"/>
          </w:rPr>
          <w:id w:val="-1206487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הולכתי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968110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מעורב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81317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תחושתי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עצבי</w:t>
      </w:r>
      <w:r w:rsidRPr="00B31379">
        <w:rPr>
          <w:rFonts w:asciiTheme="minorBidi" w:hAnsiTheme="minorBidi" w:cs="Arial"/>
          <w:rtl/>
          <w:lang w:bidi="he-IL"/>
        </w:rPr>
        <w:t xml:space="preserve">     </w:t>
      </w:r>
    </w:p>
    <w:p w:rsidR="00B31379" w:rsidRP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שמאל</w:t>
      </w:r>
      <w:r w:rsidRPr="00B31379">
        <w:rPr>
          <w:rFonts w:asciiTheme="minorBidi" w:hAnsiTheme="minorBidi" w:cs="Arial"/>
          <w:rtl/>
          <w:lang w:bidi="he-IL"/>
        </w:rPr>
        <w:t xml:space="preserve"> - </w:t>
      </w:r>
      <w:sdt>
        <w:sdtPr>
          <w:rPr>
            <w:rFonts w:asciiTheme="minorBidi" w:hAnsiTheme="minorBidi" w:cs="Arial" w:hint="cs"/>
            <w:rtl/>
            <w:lang w:bidi="he-IL"/>
          </w:rPr>
          <w:id w:val="170457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הולכתי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3585088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מעורב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802916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1F6617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תחושתי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עצבי</w:t>
      </w:r>
    </w:p>
    <w:p w:rsidR="00B31379" w:rsidRP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הנ</w:t>
      </w:r>
      <w:r w:rsidRPr="00B31379">
        <w:rPr>
          <w:rFonts w:asciiTheme="minorBidi" w:hAnsiTheme="minorBidi" w:cs="Arial"/>
          <w:rtl/>
          <w:lang w:bidi="he-IL"/>
        </w:rPr>
        <w:t>"</w:t>
      </w:r>
      <w:r w:rsidRPr="00B31379">
        <w:rPr>
          <w:rFonts w:asciiTheme="minorBidi" w:hAnsiTheme="minorBidi" w:cs="Arial" w:hint="cs"/>
          <w:rtl/>
          <w:lang w:bidi="he-IL"/>
        </w:rPr>
        <w:t>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מרכיב</w:t>
      </w:r>
      <w:r w:rsidRPr="00B31379">
        <w:rPr>
          <w:rFonts w:asciiTheme="minorBidi" w:hAnsiTheme="minorBidi" w:cs="Arial"/>
          <w:rtl/>
          <w:lang w:bidi="he-IL"/>
        </w:rPr>
        <w:t>/</w:t>
      </w:r>
      <w:r w:rsidRPr="00B31379">
        <w:rPr>
          <w:rFonts w:asciiTheme="minorBidi" w:hAnsiTheme="minorBidi" w:cs="Arial" w:hint="cs"/>
          <w:rtl/>
          <w:lang w:bidi="he-IL"/>
        </w:rPr>
        <w:t>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מכשירי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שמיעה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Theme="minorBidi" w:hAnsiTheme="minorBidi" w:cs="Arial" w:hint="cs"/>
            <w:rtl/>
            <w:lang w:bidi="he-IL"/>
          </w:rPr>
          <w:id w:val="20161896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661897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/>
        </w:rPr>
        <w:tab/>
      </w:r>
      <w:sdt>
        <w:sdtPr>
          <w:rPr>
            <w:rFonts w:asciiTheme="minorBidi" w:hAnsiTheme="minorBidi"/>
            <w:rtl/>
          </w:rPr>
          <w:id w:val="-1438048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באוזן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אחת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-10547766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בשתי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האוזניים</w:t>
      </w:r>
      <w:r w:rsidRPr="00B31379">
        <w:rPr>
          <w:rFonts w:asciiTheme="minorBidi" w:hAnsiTheme="minorBidi"/>
        </w:rPr>
        <w:t xml:space="preserve"> </w:t>
      </w:r>
    </w:p>
    <w:p w:rsidR="00B31379" w:rsidRPr="00B31379" w:rsidRDefault="00B31379" w:rsidP="001F6617">
      <w:pPr>
        <w:pStyle w:val="ae"/>
        <w:bidi/>
        <w:ind w:left="1080"/>
        <w:rPr>
          <w:rFonts w:asciiTheme="minorBidi" w:hAnsiTheme="minorBidi"/>
          <w:rtl/>
          <w:lang w:bidi="he-IL"/>
        </w:rPr>
      </w:pPr>
      <w:r w:rsidRPr="00B31379">
        <w:rPr>
          <w:rFonts w:asciiTheme="minorBidi" w:hAnsiTheme="minorBidi" w:cs="Arial" w:hint="cs"/>
          <w:rtl/>
          <w:lang w:bidi="he-IL"/>
        </w:rPr>
        <w:t>מסוג</w:t>
      </w:r>
      <w:r w:rsidR="001F6617">
        <w:rPr>
          <w:rFonts w:asciiTheme="minorBidi" w:hAnsiTheme="minorBidi" w:hint="cs"/>
        </w:rPr>
        <w:t xml:space="preserve">  </w:t>
      </w:r>
      <w:r w:rsidR="001F6617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 w:hint="cs"/>
          <w:lang w:bidi="he-IL"/>
        </w:rPr>
        <w:instrText>FORMTEXT</w:instrText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/>
          <w:lang w:bidi="he-IL"/>
        </w:rPr>
      </w:r>
      <w:r w:rsidR="001F6617">
        <w:rPr>
          <w:rFonts w:asciiTheme="minorBidi" w:hAnsiTheme="minorBidi"/>
          <w:lang w:bidi="he-IL"/>
        </w:rPr>
        <w:fldChar w:fldCharType="separate"/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lang w:bidi="he-IL"/>
        </w:rPr>
        <w:fldChar w:fldCharType="end"/>
      </w:r>
    </w:p>
    <w:p w:rsidR="00B31379" w:rsidRPr="00B31379" w:rsidRDefault="00B31379" w:rsidP="00EA3ABE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לנ</w:t>
      </w:r>
      <w:r w:rsidRPr="00B31379">
        <w:rPr>
          <w:rFonts w:asciiTheme="minorBidi" w:hAnsiTheme="minorBidi" w:cs="Arial"/>
          <w:rtl/>
          <w:lang w:bidi="he-IL"/>
        </w:rPr>
        <w:t>"</w:t>
      </w:r>
      <w:r w:rsidRPr="00B31379">
        <w:rPr>
          <w:rFonts w:asciiTheme="minorBidi" w:hAnsiTheme="minorBidi" w:cs="Arial" w:hint="cs"/>
          <w:rtl/>
          <w:lang w:bidi="he-IL"/>
        </w:rPr>
        <w:t>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שתל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קוכלארי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sdt>
        <w:sdtPr>
          <w:rPr>
            <w:rFonts w:asciiTheme="minorBidi" w:hAnsiTheme="minorBidi" w:cs="Arial" w:hint="cs"/>
            <w:rtl/>
            <w:lang w:bidi="he-IL"/>
          </w:rPr>
          <w:id w:val="285080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1230878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A3ABE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="00EA3ABE">
        <w:rPr>
          <w:rFonts w:asciiTheme="minorBidi" w:hAnsiTheme="minorBidi" w:cs="Arial" w:hint="cs"/>
          <w:rtl/>
          <w:lang w:bidi="he-IL"/>
        </w:rPr>
        <w:t>ל</w:t>
      </w:r>
      <w:r w:rsidRPr="00B31379">
        <w:rPr>
          <w:rFonts w:asciiTheme="minorBidi" w:hAnsiTheme="minorBidi" w:cs="Arial" w:hint="cs"/>
          <w:rtl/>
          <w:lang w:bidi="he-IL"/>
        </w:rPr>
        <w:t>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/>
        </w:rPr>
        <w:tab/>
      </w:r>
      <w:sdt>
        <w:sdtPr>
          <w:rPr>
            <w:rFonts w:asciiTheme="minorBidi" w:hAnsiTheme="minorBidi" w:cs="Arial" w:hint="cs"/>
            <w:rtl/>
            <w:lang w:bidi="he-IL"/>
          </w:rPr>
          <w:id w:val="-1660071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באוזן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אחת</w:t>
      </w:r>
      <w:r w:rsidRPr="00B31379">
        <w:rPr>
          <w:rFonts w:asciiTheme="minorBidi" w:hAnsiTheme="minorBidi" w:cs="Arial"/>
          <w:rtl/>
          <w:lang w:bidi="he-IL"/>
        </w:rPr>
        <w:t xml:space="preserve"> / </w:t>
      </w:r>
      <w:sdt>
        <w:sdtPr>
          <w:rPr>
            <w:rFonts w:asciiTheme="minorBidi" w:hAnsiTheme="minorBidi" w:cs="Arial" w:hint="cs"/>
            <w:rtl/>
            <w:lang w:bidi="he-IL"/>
          </w:rPr>
          <w:id w:val="1540857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4F0A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="00BA4F0A" w:rsidRPr="00B31379">
        <w:rPr>
          <w:rFonts w:asciiTheme="minorBidi" w:hAnsiTheme="minorBidi" w:cs="Arial" w:hint="cs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בשתי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האוזניים</w:t>
      </w:r>
    </w:p>
    <w:p w:rsidR="00B31379" w:rsidRP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מסוג</w:t>
      </w:r>
      <w:r w:rsidR="001F6617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 w:hint="cs"/>
          <w:lang w:bidi="he-IL"/>
        </w:rPr>
        <w:instrText>FORMTEXT</w:instrText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/>
          <w:lang w:bidi="he-IL"/>
        </w:rPr>
      </w:r>
      <w:r w:rsidR="001F6617">
        <w:rPr>
          <w:rFonts w:asciiTheme="minorBidi" w:hAnsiTheme="minorBidi"/>
          <w:lang w:bidi="he-IL"/>
        </w:rPr>
        <w:fldChar w:fldCharType="separate"/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lang w:bidi="he-IL"/>
        </w:rPr>
        <w:fldChar w:fldCharType="end"/>
      </w:r>
    </w:p>
    <w:p w:rsidR="00B31379" w:rsidRDefault="00B31379" w:rsidP="001F6617">
      <w:pPr>
        <w:pStyle w:val="ae"/>
        <w:numPr>
          <w:ilvl w:val="0"/>
          <w:numId w:val="24"/>
        </w:numPr>
        <w:bidi/>
        <w:ind w:left="1080"/>
        <w:rPr>
          <w:rFonts w:asciiTheme="minorBidi" w:hAnsiTheme="minorBidi" w:cs="Arial"/>
        </w:rPr>
      </w:pPr>
      <w:r w:rsidRPr="001F6617">
        <w:rPr>
          <w:rFonts w:asciiTheme="minorBidi" w:hAnsiTheme="minorBidi" w:cs="Arial" w:hint="cs"/>
          <w:rtl/>
          <w:lang w:bidi="he-IL"/>
        </w:rPr>
        <w:t>מעבד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rtl/>
          <w:lang w:bidi="he-IL"/>
        </w:rPr>
        <w:t>דיבור</w:t>
      </w:r>
      <w:r w:rsidRPr="001F6617">
        <w:rPr>
          <w:rFonts w:asciiTheme="minorBidi" w:hAnsiTheme="minorBidi" w:cs="Arial"/>
          <w:rtl/>
          <w:lang w:bidi="he-IL"/>
        </w:rPr>
        <w:t xml:space="preserve"> </w:t>
      </w:r>
      <w:r w:rsidR="001F6617" w:rsidRPr="001F6617">
        <w:rPr>
          <w:rFonts w:asciiTheme="minorBidi" w:hAnsiTheme="minorBidi" w:cs="Arial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 w:rsidRPr="001F6617">
        <w:rPr>
          <w:rFonts w:asciiTheme="minorBidi" w:hAnsiTheme="minorBidi" w:cs="Arial"/>
          <w:lang w:bidi="he-IL"/>
        </w:rPr>
        <w:instrText xml:space="preserve"> </w:instrText>
      </w:r>
      <w:r w:rsidR="001F6617" w:rsidRPr="001F6617">
        <w:rPr>
          <w:rFonts w:asciiTheme="minorBidi" w:hAnsiTheme="minorBidi" w:cs="Arial" w:hint="cs"/>
          <w:lang w:bidi="he-IL"/>
        </w:rPr>
        <w:instrText>FORMTEXT</w:instrText>
      </w:r>
      <w:r w:rsidR="001F6617" w:rsidRPr="001F6617">
        <w:rPr>
          <w:rFonts w:asciiTheme="minorBidi" w:hAnsiTheme="minorBidi" w:cs="Arial"/>
          <w:lang w:bidi="he-IL"/>
        </w:rPr>
        <w:instrText xml:space="preserve"> </w:instrText>
      </w:r>
      <w:r w:rsidR="001F6617" w:rsidRPr="001F6617">
        <w:rPr>
          <w:rFonts w:asciiTheme="minorBidi" w:hAnsiTheme="minorBidi" w:cs="Arial"/>
          <w:lang w:bidi="he-IL"/>
        </w:rPr>
      </w:r>
      <w:r w:rsidR="001F6617" w:rsidRPr="001F6617">
        <w:rPr>
          <w:rFonts w:asciiTheme="minorBidi" w:hAnsiTheme="minorBidi" w:cs="Arial"/>
          <w:lang w:bidi="he-IL"/>
        </w:rPr>
        <w:fldChar w:fldCharType="separate"/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t> </w:t>
      </w:r>
      <w:r w:rsidR="001F6617" w:rsidRPr="001F6617">
        <w:rPr>
          <w:rFonts w:asciiTheme="minorBidi" w:hAnsiTheme="minorBidi" w:cs="Arial"/>
          <w:lang w:bidi="he-IL"/>
        </w:rPr>
        <w:fldChar w:fldCharType="end"/>
      </w:r>
    </w:p>
    <w:p w:rsidR="00D34FCB" w:rsidRDefault="00D34FCB" w:rsidP="00D34FCB">
      <w:pPr>
        <w:bidi/>
        <w:rPr>
          <w:rFonts w:asciiTheme="minorBidi" w:hAnsiTheme="minorBidi" w:cs="Arial"/>
          <w:rtl/>
        </w:rPr>
      </w:pPr>
    </w:p>
    <w:p w:rsidR="00D34FCB" w:rsidRPr="00D34FCB" w:rsidRDefault="00D34FCB" w:rsidP="00D34FCB">
      <w:pPr>
        <w:bidi/>
        <w:rPr>
          <w:rFonts w:asciiTheme="minorBidi" w:hAnsiTheme="minorBidi" w:cs="Arial"/>
          <w:rtl/>
        </w:rPr>
      </w:pPr>
    </w:p>
    <w:p w:rsidR="00B31379" w:rsidRDefault="00B31379" w:rsidP="001F6617">
      <w:pPr>
        <w:bidi/>
        <w:ind w:left="360"/>
        <w:rPr>
          <w:rFonts w:asciiTheme="minorBidi" w:hAnsiTheme="minorBidi"/>
          <w:b/>
          <w:bCs/>
          <w:rtl/>
        </w:rPr>
      </w:pPr>
      <w:r w:rsidRPr="001F6617">
        <w:rPr>
          <w:rFonts w:asciiTheme="minorBidi" w:hAnsiTheme="minorBidi" w:cs="Arial" w:hint="cs"/>
          <w:b/>
          <w:bCs/>
          <w:rtl/>
          <w:lang w:bidi="he-IL"/>
        </w:rPr>
        <w:lastRenderedPageBreak/>
        <w:t>מומלץ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לנ</w:t>
      </w:r>
      <w:r w:rsidRPr="001F6617">
        <w:rPr>
          <w:rFonts w:asciiTheme="minorBidi" w:hAnsiTheme="minorBidi" w:cs="Arial"/>
          <w:b/>
          <w:bCs/>
          <w:rtl/>
          <w:lang w:bidi="he-IL"/>
        </w:rPr>
        <w:t>"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להיעזר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במערכת</w:t>
      </w:r>
      <w:r w:rsidRPr="001F6617">
        <w:rPr>
          <w:rFonts w:asciiTheme="minorBidi" w:hAnsiTheme="minorBidi"/>
          <w:b/>
          <w:bCs/>
        </w:rPr>
        <w:t xml:space="preserve"> FM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אישית</w:t>
      </w:r>
      <w:r w:rsidRPr="001F6617">
        <w:rPr>
          <w:rFonts w:asciiTheme="minorBidi" w:hAnsiTheme="minorBidi"/>
          <w:b/>
          <w:bCs/>
        </w:rPr>
        <w:t xml:space="preserve"> / Remote Mic,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שמותאמת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לעזר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השמיעתי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שאותו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מרכיב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,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לפי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הפירוט</w:t>
      </w:r>
      <w:r w:rsidRPr="001F6617">
        <w:rPr>
          <w:rFonts w:asciiTheme="minorBidi" w:hAnsiTheme="minorBidi" w:cs="Arial"/>
          <w:b/>
          <w:bCs/>
          <w:rtl/>
          <w:lang w:bidi="he-IL"/>
        </w:rPr>
        <w:t xml:space="preserve"> </w:t>
      </w:r>
      <w:r w:rsidRPr="001F6617">
        <w:rPr>
          <w:rFonts w:asciiTheme="minorBidi" w:hAnsiTheme="minorBidi" w:cs="Arial" w:hint="cs"/>
          <w:b/>
          <w:bCs/>
          <w:rtl/>
          <w:lang w:bidi="he-IL"/>
        </w:rPr>
        <w:t>הבא</w:t>
      </w:r>
      <w:r w:rsidRPr="001F6617">
        <w:rPr>
          <w:rFonts w:asciiTheme="minorBidi" w:hAnsiTheme="minorBidi"/>
          <w:b/>
          <w:bCs/>
        </w:rPr>
        <w:t>:</w:t>
      </w:r>
    </w:p>
    <w:p w:rsidR="00B31379" w:rsidRPr="00E57A4F" w:rsidRDefault="00E92098" w:rsidP="00667ACE">
      <w:pPr>
        <w:bidi/>
        <w:ind w:left="360"/>
        <w:rPr>
          <w:rFonts w:asciiTheme="minorBidi" w:hAnsiTheme="minorBidi"/>
          <w:b/>
          <w:bCs/>
          <w:u w:val="single"/>
          <w:lang w:bidi="he-IL"/>
        </w:rPr>
      </w:pPr>
      <w:r w:rsidRPr="00E57A4F">
        <w:rPr>
          <w:rFonts w:asciiTheme="minorBidi" w:hAnsiTheme="minorBidi" w:cs="Arial" w:hint="cs"/>
          <w:b/>
          <w:bCs/>
          <w:u w:val="single"/>
          <w:rtl/>
          <w:lang w:bidi="he-IL"/>
        </w:rPr>
        <w:t>פרטי הספק הנבחר מתוך הרשימה המפורטת בסוף הטופס</w:t>
      </w:r>
      <w:r w:rsidR="00E57A4F" w:rsidRPr="00E57A4F">
        <w:rPr>
          <w:rFonts w:asciiTheme="minorBidi" w:hAnsiTheme="minorBidi" w:cs="Arial" w:hint="cs"/>
          <w:b/>
          <w:bCs/>
          <w:u w:val="single"/>
          <w:rtl/>
          <w:lang w:bidi="he-IL"/>
        </w:rPr>
        <w:t xml:space="preserve"> (יש להעתיק את הפרטים)</w:t>
      </w:r>
      <w:r w:rsidR="00570C6E" w:rsidRPr="00E57A4F">
        <w:rPr>
          <w:rFonts w:asciiTheme="minorBidi" w:hAnsiTheme="minorBidi" w:hint="cs"/>
          <w:b/>
          <w:bCs/>
          <w:u w:val="single"/>
          <w:rtl/>
          <w:lang w:bidi="he-IL"/>
        </w:rPr>
        <w:t>:</w:t>
      </w:r>
    </w:p>
    <w:tbl>
      <w:tblPr>
        <w:tblStyle w:val="aff2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2008"/>
        <w:gridCol w:w="2014"/>
        <w:gridCol w:w="1993"/>
        <w:gridCol w:w="1895"/>
      </w:tblGrid>
      <w:tr w:rsidR="00E44C25" w:rsidTr="00A748BB">
        <w:tc>
          <w:tcPr>
            <w:tcW w:w="2008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שם ספק</w:t>
            </w:r>
          </w:p>
        </w:tc>
        <w:tc>
          <w:tcPr>
            <w:tcW w:w="2014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מק"ט הנד"ר</w:t>
            </w:r>
          </w:p>
        </w:tc>
        <w:tc>
          <w:tcPr>
            <w:tcW w:w="1993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תיאור מוצר</w:t>
            </w:r>
          </w:p>
        </w:tc>
        <w:tc>
          <w:tcPr>
            <w:tcW w:w="1895" w:type="dxa"/>
            <w:vAlign w:val="bottom"/>
          </w:tcPr>
          <w:p w:rsidR="00E44C25" w:rsidRPr="00E44C25" w:rsidRDefault="00E44C25" w:rsidP="00E44C25">
            <w:pPr>
              <w:bidi/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</w:pPr>
            <w:r w:rsidRPr="00E44C25">
              <w:rPr>
                <w:rFonts w:asciiTheme="minorBidi" w:eastAsia="Times New Roman" w:hAnsiTheme="minorBidi"/>
                <w:b/>
                <w:bCs/>
                <w:color w:val="000000"/>
                <w:rtl/>
                <w:lang w:bidi="he-IL"/>
              </w:rPr>
              <w:t>שם יצרן</w:t>
            </w:r>
          </w:p>
        </w:tc>
      </w:tr>
      <w:tr w:rsidR="00667ACE" w:rsidTr="00667ACE">
        <w:tc>
          <w:tcPr>
            <w:tcW w:w="2008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014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993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1895" w:type="dxa"/>
          </w:tcPr>
          <w:p w:rsidR="00667ACE" w:rsidRDefault="00BA4F0A" w:rsidP="00667ACE">
            <w:pPr>
              <w:pStyle w:val="ae"/>
              <w:bidi/>
              <w:ind w:left="0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</w:tr>
    </w:tbl>
    <w:p w:rsidR="00667ACE" w:rsidRDefault="00667ACE" w:rsidP="00667ACE">
      <w:pPr>
        <w:pStyle w:val="ae"/>
        <w:bidi/>
        <w:rPr>
          <w:rFonts w:asciiTheme="minorBidi" w:hAnsiTheme="minorBidi"/>
          <w:lang w:bidi="he-IL"/>
        </w:rPr>
      </w:pPr>
    </w:p>
    <w:p w:rsidR="00B31379" w:rsidRPr="00B3137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במקרה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שנדרש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אביזר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מקשר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כדי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לאפשר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חיבור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למערכת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שהומלצה</w:t>
      </w:r>
      <w:r w:rsidRPr="00B31379">
        <w:rPr>
          <w:rFonts w:asciiTheme="minorBidi" w:hAnsiTheme="minorBidi"/>
        </w:rPr>
        <w:t>:</w:t>
      </w:r>
    </w:p>
    <w:p w:rsidR="00B31379" w:rsidRPr="00667ACE" w:rsidRDefault="00B31379" w:rsidP="00667ACE">
      <w:pPr>
        <w:pStyle w:val="ae"/>
        <w:bidi/>
        <w:rPr>
          <w:rtl/>
          <w:lang w:bidi="he-IL"/>
        </w:rPr>
      </w:pPr>
      <w:r w:rsidRPr="00B31379">
        <w:rPr>
          <w:rFonts w:asciiTheme="minorBidi" w:hAnsiTheme="minorBidi" w:cs="Arial" w:hint="cs"/>
          <w:rtl/>
          <w:lang w:bidi="he-IL"/>
        </w:rPr>
        <w:t>שם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האביזר</w:t>
      </w:r>
      <w:r w:rsidRPr="00B31379">
        <w:rPr>
          <w:rFonts w:asciiTheme="minorBidi" w:hAnsiTheme="minorBidi"/>
        </w:rPr>
        <w:t xml:space="preserve"> </w:t>
      </w:r>
      <w:r w:rsidR="001F6617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 w:hint="cs"/>
          <w:lang w:bidi="he-IL"/>
        </w:rPr>
        <w:instrText>FORMTEXT</w:instrText>
      </w:r>
      <w:r w:rsidR="001F6617">
        <w:rPr>
          <w:rFonts w:asciiTheme="minorBidi" w:hAnsiTheme="minorBidi"/>
          <w:lang w:bidi="he-IL"/>
        </w:rPr>
        <w:instrText xml:space="preserve"> </w:instrText>
      </w:r>
      <w:r w:rsidR="001F6617">
        <w:rPr>
          <w:rFonts w:asciiTheme="minorBidi" w:hAnsiTheme="minorBidi"/>
          <w:lang w:bidi="he-IL"/>
        </w:rPr>
      </w:r>
      <w:r w:rsidR="001F6617">
        <w:rPr>
          <w:rFonts w:asciiTheme="minorBidi" w:hAnsiTheme="minorBidi"/>
          <w:lang w:bidi="he-IL"/>
        </w:rPr>
        <w:fldChar w:fldCharType="separate"/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noProof/>
          <w:lang w:bidi="he-IL"/>
        </w:rPr>
        <w:t> </w:t>
      </w:r>
      <w:r w:rsidR="001F6617">
        <w:rPr>
          <w:rFonts w:asciiTheme="minorBidi" w:hAnsiTheme="minorBidi"/>
          <w:lang w:bidi="he-IL"/>
        </w:rPr>
        <w:fldChar w:fldCharType="end"/>
      </w:r>
    </w:p>
    <w:p w:rsidR="001F6617" w:rsidRPr="001F6617" w:rsidRDefault="00B31379" w:rsidP="001F6617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</w:rPr>
      </w:pPr>
      <w:r w:rsidRPr="00B31379">
        <w:rPr>
          <w:rFonts w:asciiTheme="minorBidi" w:hAnsiTheme="minorBidi" w:cs="Arial" w:hint="cs"/>
          <w:rtl/>
          <w:lang w:bidi="he-IL"/>
        </w:rPr>
        <w:t>האם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האביזר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המקשר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הוא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חיוני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לתפעול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המערכת</w:t>
      </w:r>
      <w:r w:rsidRPr="00B31379">
        <w:rPr>
          <w:rFonts w:asciiTheme="minorBidi" w:hAnsiTheme="minorBidi" w:cs="Arial"/>
          <w:rtl/>
          <w:lang w:bidi="he-IL"/>
        </w:rPr>
        <w:t xml:space="preserve">: </w:t>
      </w:r>
      <w:sdt>
        <w:sdtPr>
          <w:rPr>
            <w:rFonts w:asciiTheme="minorBidi" w:hAnsiTheme="minorBidi" w:cs="Arial" w:hint="cs"/>
            <w:rtl/>
            <w:lang w:bidi="he-IL"/>
          </w:rPr>
          <w:id w:val="-1371685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>/</w:t>
      </w:r>
      <w:sdt>
        <w:sdtPr>
          <w:rPr>
            <w:rFonts w:asciiTheme="minorBidi" w:hAnsiTheme="minorBidi" w:cs="Arial" w:hint="cs"/>
            <w:rtl/>
            <w:lang w:bidi="he-IL"/>
          </w:rPr>
          <w:id w:val="-1763841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74B8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1B7499" w:rsidRDefault="00B31379" w:rsidP="00B31379">
      <w:pPr>
        <w:pStyle w:val="ae"/>
        <w:numPr>
          <w:ilvl w:val="0"/>
          <w:numId w:val="24"/>
        </w:numPr>
        <w:bidi/>
        <w:rPr>
          <w:rFonts w:asciiTheme="minorBidi" w:hAnsiTheme="minorBidi"/>
          <w:lang w:bidi="he-IL"/>
        </w:rPr>
      </w:pPr>
      <w:r w:rsidRPr="00B31379">
        <w:rPr>
          <w:rFonts w:asciiTheme="minorBidi" w:hAnsiTheme="minorBidi" w:cs="Arial" w:hint="cs"/>
          <w:rtl/>
          <w:lang w:bidi="he-IL"/>
        </w:rPr>
        <w:t>המשפחה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קיבלה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הסבר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להמלצות</w:t>
      </w:r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שניתנו</w:t>
      </w:r>
      <w:sdt>
        <w:sdtPr>
          <w:rPr>
            <w:rFonts w:asciiTheme="minorBidi" w:hAnsiTheme="minorBidi" w:cs="Arial"/>
            <w:rtl/>
            <w:lang w:bidi="he-IL"/>
          </w:rPr>
          <w:id w:val="210227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/>
          <w:rtl/>
          <w:lang w:bidi="he-IL"/>
        </w:rPr>
        <w:t xml:space="preserve"> </w:t>
      </w:r>
      <w:r w:rsidRPr="00B31379">
        <w:rPr>
          <w:rFonts w:asciiTheme="minorBidi" w:hAnsiTheme="minorBidi" w:cs="Arial" w:hint="cs"/>
          <w:rtl/>
          <w:lang w:bidi="he-IL"/>
        </w:rPr>
        <w:t>כן</w:t>
      </w:r>
      <w:r w:rsidRPr="00B31379">
        <w:rPr>
          <w:rFonts w:asciiTheme="minorBidi" w:hAnsiTheme="minorBidi" w:cs="Arial"/>
          <w:rtl/>
          <w:lang w:bidi="he-IL"/>
        </w:rPr>
        <w:t xml:space="preserve"> /</w:t>
      </w:r>
      <w:sdt>
        <w:sdtPr>
          <w:rPr>
            <w:rFonts w:asciiTheme="minorBidi" w:hAnsiTheme="minorBidi" w:cs="Arial"/>
            <w:rtl/>
            <w:lang w:bidi="he-IL"/>
          </w:rPr>
          <w:id w:val="-2137946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6617">
            <w:rPr>
              <w:rFonts w:ascii="Segoe UI Symbol" w:eastAsia="MS Gothic" w:hAnsi="Segoe UI Symbol" w:cs="Segoe UI Symbol" w:hint="cs"/>
              <w:rtl/>
              <w:lang w:bidi="he-IL"/>
            </w:rPr>
            <w:t>☐</w:t>
          </w:r>
        </w:sdtContent>
      </w:sdt>
      <w:r w:rsidRPr="00B31379">
        <w:rPr>
          <w:rFonts w:asciiTheme="minorBidi" w:hAnsiTheme="minorBidi" w:cs="Arial" w:hint="cs"/>
          <w:rtl/>
          <w:lang w:bidi="he-IL"/>
        </w:rPr>
        <w:t>לא</w:t>
      </w:r>
    </w:p>
    <w:p w:rsidR="007203FA" w:rsidRPr="00B31379" w:rsidRDefault="007203FA" w:rsidP="00E33E78">
      <w:pPr>
        <w:pStyle w:val="ae"/>
        <w:numPr>
          <w:ilvl w:val="0"/>
          <w:numId w:val="24"/>
        </w:numPr>
        <w:bidi/>
        <w:rPr>
          <w:rFonts w:asciiTheme="minorBidi" w:hAnsiTheme="minorBidi"/>
          <w:rtl/>
          <w:lang w:bidi="he-IL"/>
        </w:rPr>
      </w:pPr>
      <w:r>
        <w:rPr>
          <w:rFonts w:asciiTheme="minorBidi" w:hAnsiTheme="minorBidi" w:hint="cs"/>
          <w:rtl/>
          <w:lang w:bidi="he-IL"/>
        </w:rPr>
        <w:t>משך תקופת ההתנסות עם המערכת</w:t>
      </w:r>
      <w:r w:rsidR="00E33E78">
        <w:rPr>
          <w:rFonts w:asciiTheme="minorBidi" w:hAnsiTheme="minorBidi" w:hint="cs"/>
          <w:rtl/>
          <w:lang w:bidi="he-IL"/>
        </w:rPr>
        <w:t xml:space="preserve">: </w:t>
      </w:r>
      <w:r w:rsidR="00E6329D"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E6329D">
        <w:rPr>
          <w:rFonts w:asciiTheme="minorBidi" w:hAnsiTheme="minorBidi"/>
          <w:lang w:bidi="he-IL"/>
        </w:rPr>
        <w:instrText xml:space="preserve"> </w:instrText>
      </w:r>
      <w:r w:rsidR="00E6329D">
        <w:rPr>
          <w:rFonts w:asciiTheme="minorBidi" w:hAnsiTheme="minorBidi" w:hint="cs"/>
          <w:lang w:bidi="he-IL"/>
        </w:rPr>
        <w:instrText>FORMTEXT</w:instrText>
      </w:r>
      <w:r w:rsidR="00E6329D">
        <w:rPr>
          <w:rFonts w:asciiTheme="minorBidi" w:hAnsiTheme="minorBidi"/>
          <w:lang w:bidi="he-IL"/>
        </w:rPr>
        <w:instrText xml:space="preserve"> </w:instrText>
      </w:r>
      <w:r w:rsidR="00E6329D">
        <w:rPr>
          <w:rFonts w:asciiTheme="minorBidi" w:hAnsiTheme="minorBidi"/>
          <w:lang w:bidi="he-IL"/>
        </w:rPr>
      </w:r>
      <w:r w:rsidR="00E6329D">
        <w:rPr>
          <w:rFonts w:asciiTheme="minorBidi" w:hAnsiTheme="minorBidi"/>
          <w:lang w:bidi="he-IL"/>
        </w:rPr>
        <w:fldChar w:fldCharType="separate"/>
      </w:r>
      <w:bookmarkStart w:id="1" w:name="_GoBack"/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r w:rsidR="00E6329D">
        <w:rPr>
          <w:rFonts w:asciiTheme="minorBidi" w:hAnsiTheme="minorBidi"/>
          <w:noProof/>
          <w:lang w:bidi="he-IL"/>
        </w:rPr>
        <w:t> </w:t>
      </w:r>
      <w:bookmarkEnd w:id="1"/>
      <w:r w:rsidR="00E6329D">
        <w:rPr>
          <w:rFonts w:asciiTheme="minorBidi" w:hAnsiTheme="minorBidi"/>
          <w:lang w:bidi="he-IL"/>
        </w:rPr>
        <w:fldChar w:fldCharType="end"/>
      </w:r>
    </w:p>
    <w:tbl>
      <w:tblPr>
        <w:tblW w:w="8763" w:type="dxa"/>
        <w:tblLayout w:type="fixed"/>
        <w:tblLook w:val="04A0" w:firstRow="1" w:lastRow="0" w:firstColumn="1" w:lastColumn="0" w:noHBand="0" w:noVBand="1"/>
      </w:tblPr>
      <w:tblGrid>
        <w:gridCol w:w="4395"/>
        <w:gridCol w:w="4368"/>
      </w:tblGrid>
      <w:tr w:rsidR="00672760" w:rsidRPr="00FF1106" w:rsidTr="00672760">
        <w:tc>
          <w:tcPr>
            <w:tcW w:w="8763" w:type="dxa"/>
            <w:gridSpan w:val="2"/>
            <w:tcBorders>
              <w:bottom w:val="single" w:sz="4" w:space="0" w:color="auto"/>
            </w:tcBorders>
          </w:tcPr>
          <w:p w:rsidR="00672760" w:rsidRPr="00FF1106" w:rsidRDefault="001B7499" w:rsidP="00672760">
            <w:pPr>
              <w:pBdr>
                <w:top w:val="single" w:sz="4" w:space="1" w:color="auto"/>
                <w:left w:val="single" w:sz="4" w:space="1" w:color="auto"/>
                <w:bottom w:val="single" w:sz="4" w:space="1" w:color="auto"/>
                <w:right w:val="single" w:sz="4" w:space="1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rtl/>
                <w:lang w:bidi="he-IL"/>
              </w:rPr>
              <w:br w:type="column"/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פרטי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קלינאי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>/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ת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התקשורת</w:t>
            </w:r>
            <w:r w:rsidR="00672760"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="00672760" w:rsidRPr="00672760">
              <w:rPr>
                <w:rFonts w:asciiTheme="minorBidi" w:hAnsiTheme="minorBidi" w:cs="Arial" w:hint="cs"/>
                <w:rtl/>
                <w:lang w:bidi="he-IL"/>
              </w:rPr>
              <w:t>הממליץ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 xml:space="preserve">מספר תעודת מקצוע: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  <w:lang w:bidi="he-IL"/>
              </w:rPr>
              <w:t>שם פרטי ומשפחה:</w:t>
            </w:r>
            <w:r>
              <w:rPr>
                <w:rFonts w:asciiTheme="minorBidi" w:hAnsiTheme="minorBidi"/>
                <w:lang w:bidi="he-IL"/>
              </w:rPr>
              <w:t xml:space="preserve"> </w:t>
            </w: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</w:rPr>
            </w:pP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  <w:p w:rsidR="008023E0" w:rsidRPr="008023E0" w:rsidRDefault="008023E0" w:rsidP="008023E0">
            <w:pPr>
              <w:bidi/>
              <w:spacing w:after="0" w:line="240" w:lineRule="auto"/>
              <w:rPr>
                <w:rFonts w:asciiTheme="minorBidi" w:hAnsiTheme="minorBidi"/>
                <w:sz w:val="10"/>
                <w:szCs w:val="10"/>
                <w:rtl/>
                <w:lang w:bidi="he-IL"/>
              </w:rPr>
            </w:pPr>
          </w:p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hint="cs"/>
                <w:rtl/>
                <w:lang w:bidi="he-IL"/>
              </w:rPr>
              <w:t>פרטי יצירת קשר עם הקלינאי</w:t>
            </w:r>
            <w:r>
              <w:rPr>
                <w:rFonts w:asciiTheme="minorBidi" w:hAnsiTheme="minorBidi" w:cs="Arial" w:hint="cs"/>
                <w:rtl/>
                <w:lang w:bidi="he-IL"/>
              </w:rPr>
              <w:t>: נייד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:</w:t>
            </w:r>
          </w:p>
          <w:p w:rsidR="00672760" w:rsidRPr="00672760" w:rsidRDefault="00672760" w:rsidP="00672760">
            <w:pPr>
              <w:bidi/>
              <w:spacing w:after="0" w:line="240" w:lineRule="auto"/>
              <w:rPr>
                <w:rFonts w:asciiTheme="minorBidi" w:hAnsiTheme="minorBidi" w:cs="Arial"/>
                <w:rtl/>
                <w:lang w:bidi="he-IL"/>
              </w:rPr>
            </w:pPr>
            <w:r>
              <w:rPr>
                <w:rFonts w:asciiTheme="minorBidi" w:hAnsiTheme="minorBidi" w:cs="Arial" w:hint="cs"/>
                <w:rtl/>
                <w:lang w:bidi="he-IL"/>
              </w:rPr>
              <w:t xml:space="preserve">                                         </w:t>
            </w:r>
            <w:r w:rsidR="008023E0">
              <w:rPr>
                <w:rFonts w:asciiTheme="minorBidi" w:hAnsiTheme="minorBidi" w:cs="Arial" w:hint="cs"/>
                <w:rtl/>
                <w:lang w:bidi="he-IL"/>
              </w:rPr>
              <w:t>מייל: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BC536C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67ACE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 w:rsidRPr="00672760">
              <w:rPr>
                <w:rFonts w:asciiTheme="minorBidi" w:hAnsiTheme="minorBidi" w:cs="Arial" w:hint="cs"/>
                <w:rtl/>
                <w:lang w:bidi="he-IL"/>
              </w:rPr>
              <w:t>ותק</w:t>
            </w:r>
            <w:r>
              <w:rPr>
                <w:rFonts w:asciiTheme="minorBidi" w:hAnsiTheme="minorBidi" w:cs="Arial" w:hint="cs"/>
                <w:rtl/>
                <w:lang w:bidi="he-IL"/>
              </w:rPr>
              <w:t xml:space="preserve"> בשנים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בתחום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מכשירי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  <w:r w:rsidRPr="00672760">
              <w:rPr>
                <w:rFonts w:asciiTheme="minorBidi" w:hAnsiTheme="minorBidi" w:cs="Arial" w:hint="cs"/>
                <w:rtl/>
                <w:lang w:bidi="he-IL"/>
              </w:rPr>
              <w:t>השמיעה</w:t>
            </w:r>
            <w:r>
              <w:rPr>
                <w:rFonts w:asciiTheme="minorBidi" w:hAnsiTheme="minorBidi" w:cs="Arial" w:hint="cs"/>
                <w:rtl/>
                <w:lang w:bidi="he-IL"/>
              </w:rPr>
              <w:t>:</w:t>
            </w:r>
            <w:r w:rsidRPr="00672760">
              <w:rPr>
                <w:rFonts w:asciiTheme="minorBidi" w:hAnsiTheme="minorBidi" w:cs="Arial"/>
                <w:rtl/>
                <w:lang w:bidi="he-IL"/>
              </w:rPr>
              <w:t xml:space="preserve"> 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672760" w:rsidRDefault="00672760" w:rsidP="00672760">
            <w:pPr>
              <w:bidi/>
              <w:spacing w:after="0" w:line="240" w:lineRule="auto"/>
            </w:pPr>
            <w:r>
              <w:rPr>
                <w:rFonts w:hint="cs"/>
                <w:rtl/>
                <w:lang w:bidi="he-IL"/>
              </w:rPr>
              <w:t xml:space="preserve">שם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  <w:tr w:rsidR="00672760" w:rsidRPr="00FF1106" w:rsidTr="00672760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760" w:rsidRPr="00FF1106" w:rsidRDefault="00672760" w:rsidP="00672760">
            <w:pPr>
              <w:bidi/>
              <w:spacing w:after="0" w:line="240" w:lineRule="auto"/>
              <w:rPr>
                <w:rFonts w:asciiTheme="minorBidi" w:hAnsiTheme="minorBidi"/>
                <w:lang w:bidi="he-IL"/>
              </w:rPr>
            </w:pPr>
            <w:r>
              <w:rPr>
                <w:rFonts w:hint="cs"/>
                <w:rtl/>
                <w:lang w:bidi="he-IL"/>
              </w:rPr>
              <w:t xml:space="preserve">כתובת המכון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 xml:space="preserve">המרכז המשקם </w:t>
            </w:r>
            <w:r>
              <w:rPr>
                <w:rFonts w:hint="cs"/>
                <w:rtl/>
              </w:rPr>
              <w:t xml:space="preserve">/ </w:t>
            </w:r>
            <w:r>
              <w:rPr>
                <w:rFonts w:hint="cs"/>
                <w:rtl/>
                <w:lang w:bidi="he-IL"/>
              </w:rPr>
              <w:t>המרכז הרפואי</w:t>
            </w:r>
          </w:p>
        </w:tc>
      </w:tr>
    </w:tbl>
    <w:p w:rsidR="00672760" w:rsidRDefault="00672760" w:rsidP="00672760">
      <w:pPr>
        <w:bidi/>
        <w:rPr>
          <w:rFonts w:asciiTheme="minorBidi" w:hAnsiTheme="minorBidi"/>
          <w:rtl/>
          <w:lang w:bidi="he-IL"/>
        </w:rPr>
      </w:pPr>
    </w:p>
    <w:tbl>
      <w:tblPr>
        <w:tblStyle w:val="aff2"/>
        <w:bidiVisual/>
        <w:tblW w:w="10363" w:type="dxa"/>
        <w:tblLook w:val="04A0" w:firstRow="1" w:lastRow="0" w:firstColumn="1" w:lastColumn="0" w:noHBand="0" w:noVBand="1"/>
      </w:tblPr>
      <w:tblGrid>
        <w:gridCol w:w="2653"/>
        <w:gridCol w:w="2329"/>
        <w:gridCol w:w="2838"/>
        <w:gridCol w:w="2543"/>
      </w:tblGrid>
      <w:tr w:rsidR="008023E0" w:rsidTr="008023E0">
        <w:trPr>
          <w:trHeight w:val="284"/>
        </w:trPr>
        <w:tc>
          <w:tcPr>
            <w:tcW w:w="26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BA4F0A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023E0" w:rsidRDefault="00BA4F0A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Theme="minorBidi" w:hAnsiTheme="minorBidi"/>
                <w:lang w:bidi="he-I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 w:hint="cs"/>
                <w:lang w:bidi="he-IL"/>
              </w:rPr>
              <w:instrText>FORMTEXT</w:instrText>
            </w:r>
            <w:r>
              <w:rPr>
                <w:rFonts w:asciiTheme="minorBidi" w:hAnsiTheme="minorBidi"/>
                <w:lang w:bidi="he-IL"/>
              </w:rPr>
              <w:instrText xml:space="preserve"> </w:instrText>
            </w:r>
            <w:r>
              <w:rPr>
                <w:rFonts w:asciiTheme="minorBidi" w:hAnsiTheme="minorBidi"/>
                <w:lang w:bidi="he-IL"/>
              </w:rPr>
            </w:r>
            <w:r>
              <w:rPr>
                <w:rFonts w:asciiTheme="minorBidi" w:hAnsiTheme="minorBidi"/>
                <w:lang w:bidi="he-IL"/>
              </w:rPr>
              <w:fldChar w:fldCharType="separate"/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noProof/>
                <w:lang w:bidi="he-IL"/>
              </w:rPr>
              <w:t> </w:t>
            </w:r>
            <w:r>
              <w:rPr>
                <w:rFonts w:asciiTheme="minorBidi" w:hAnsiTheme="minorBidi"/>
                <w:lang w:bidi="he-IL"/>
              </w:rPr>
              <w:fldChar w:fldCharType="end"/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8023E0" w:rsidTr="008023E0">
        <w:trPr>
          <w:trHeight w:val="870"/>
        </w:trPr>
        <w:tc>
          <w:tcPr>
            <w:tcW w:w="26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קלינאי התקשורת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חותמת כולל מספר תעודת מקצוע</w:t>
            </w:r>
          </w:p>
        </w:tc>
        <w:tc>
          <w:tcPr>
            <w:tcW w:w="2543" w:type="dxa"/>
            <w:tcBorders>
              <w:top w:val="nil"/>
              <w:left w:val="nil"/>
              <w:bottom w:val="nil"/>
              <w:right w:val="nil"/>
            </w:tcBorders>
          </w:tcPr>
          <w:p w:rsidR="008023E0" w:rsidRDefault="008023E0" w:rsidP="0087279C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</w:tbl>
    <w:p w:rsidR="00672760" w:rsidRDefault="00672760" w:rsidP="00672760">
      <w:pPr>
        <w:pBdr>
          <w:bottom w:val="single" w:sz="6" w:space="1" w:color="auto"/>
        </w:pBdr>
        <w:bidi/>
        <w:rPr>
          <w:rFonts w:asciiTheme="minorBidi" w:hAnsiTheme="minorBidi"/>
          <w:rtl/>
          <w:lang w:bidi="he-IL"/>
        </w:rPr>
      </w:pPr>
    </w:p>
    <w:p w:rsidR="001B7499" w:rsidRDefault="001B7499" w:rsidP="001B7499">
      <w:pPr>
        <w:bidi/>
        <w:spacing w:after="0" w:line="240" w:lineRule="auto"/>
        <w:rPr>
          <w:rFonts w:ascii="Arial" w:hAnsi="Arial" w:cs="Arial"/>
          <w:color w:val="000000" w:themeColor="text1"/>
          <w:sz w:val="18"/>
          <w:szCs w:val="18"/>
          <w:rtl/>
          <w:lang w:bidi="he-IL"/>
        </w:rPr>
      </w:pPr>
    </w:p>
    <w:p w:rsidR="009B6D5C" w:rsidRDefault="00672760" w:rsidP="009B6D5C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למילוי ע"י ההורה:</w:t>
      </w:r>
    </w:p>
    <w:p w:rsidR="00672760" w:rsidRDefault="00672760" w:rsidP="00672760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="Arial" w:hAnsi="Arial" w:cs="Arial" w:hint="cs"/>
          <w:b/>
          <w:bCs/>
          <w:color w:val="000000" w:themeColor="text1"/>
          <w:sz w:val="24"/>
          <w:szCs w:val="24"/>
          <w:rtl/>
          <w:lang w:bidi="he-IL"/>
        </w:rPr>
        <w:t>קראתי את הטופס וההמלצות המפורטות בו.</w:t>
      </w:r>
    </w:p>
    <w:p w:rsidR="009E4845" w:rsidRDefault="009E4845" w:rsidP="009E4845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p w:rsidR="0078447E" w:rsidRDefault="00BA4F0A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  <w:tab/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rtl/>
          <w:lang w:bidi="he-IL"/>
        </w:rPr>
        <w:tab/>
      </w:r>
      <w:r>
        <w:rPr>
          <w:rFonts w:asciiTheme="minorBidi" w:hAnsiTheme="minorBidi"/>
          <w:lang w:bidi="he-IL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 w:hint="cs"/>
          <w:lang w:bidi="he-IL"/>
        </w:rPr>
        <w:instrText>FORMTEXT</w:instrText>
      </w:r>
      <w:r>
        <w:rPr>
          <w:rFonts w:asciiTheme="minorBidi" w:hAnsiTheme="minorBidi"/>
          <w:lang w:bidi="he-IL"/>
        </w:rPr>
        <w:instrText xml:space="preserve"> </w:instrText>
      </w:r>
      <w:r>
        <w:rPr>
          <w:rFonts w:asciiTheme="minorBidi" w:hAnsiTheme="minorBidi"/>
          <w:lang w:bidi="he-IL"/>
        </w:rPr>
      </w:r>
      <w:r>
        <w:rPr>
          <w:rFonts w:asciiTheme="minorBidi" w:hAnsiTheme="minorBidi"/>
          <w:lang w:bidi="he-IL"/>
        </w:rPr>
        <w:fldChar w:fldCharType="separate"/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noProof/>
          <w:lang w:bidi="he-IL"/>
        </w:rPr>
        <w:t> </w:t>
      </w:r>
      <w:r>
        <w:rPr>
          <w:rFonts w:asciiTheme="minorBidi" w:hAnsiTheme="minorBidi"/>
          <w:lang w:bidi="he-IL"/>
        </w:rPr>
        <w:fldChar w:fldCharType="end"/>
      </w:r>
    </w:p>
    <w:tbl>
      <w:tblPr>
        <w:tblStyle w:val="aff2"/>
        <w:bidiVisual/>
        <w:tblW w:w="0" w:type="auto"/>
        <w:tblLook w:val="04A0" w:firstRow="1" w:lastRow="0" w:firstColumn="1" w:lastColumn="0" w:noHBand="0" w:noVBand="1"/>
      </w:tblPr>
      <w:tblGrid>
        <w:gridCol w:w="1741"/>
        <w:gridCol w:w="1528"/>
        <w:gridCol w:w="1862"/>
        <w:gridCol w:w="1669"/>
        <w:gridCol w:w="1835"/>
      </w:tblGrid>
      <w:tr w:rsidR="009E4845" w:rsidTr="009E4845"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E4845" w:rsidRDefault="009E4845" w:rsidP="0078447E">
            <w:pPr>
              <w:bidi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</w:tr>
      <w:tr w:rsidR="009E4845" w:rsidTr="009E4845"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שם</w:t>
            </w:r>
            <w:r w:rsidR="00672760"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 xml:space="preserve"> ההורה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ת"ז הורה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9E4845" w:rsidRDefault="009E4845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E4845" w:rsidRDefault="00672760" w:rsidP="0078447E">
            <w:pPr>
              <w:bidi/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</w:pPr>
            <w:r>
              <w:rPr>
                <w:rFonts w:ascii="Arial" w:hAnsi="Arial" w:cs="Arial" w:hint="cs"/>
                <w:b/>
                <w:bCs/>
                <w:color w:val="000000" w:themeColor="text1"/>
                <w:sz w:val="24"/>
                <w:szCs w:val="24"/>
                <w:rtl/>
                <w:lang w:bidi="he-IL"/>
              </w:rPr>
              <w:t>חתימת הורה</w:t>
            </w:r>
          </w:p>
        </w:tc>
      </w:tr>
    </w:tbl>
    <w:p w:rsidR="00E92098" w:rsidRDefault="00E92098" w:rsidP="0078447E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p w:rsidR="0078447E" w:rsidRPr="00471A06" w:rsidRDefault="00471A06" w:rsidP="00471A06">
      <w:pPr>
        <w:bidi/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:rtl/>
          <w:lang w:bidi="he-IL"/>
        </w:rPr>
      </w:pPr>
      <w:r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rtl/>
          <w:lang w:bidi="he-IL"/>
        </w:rPr>
        <w:t xml:space="preserve">להצגת </w:t>
      </w:r>
      <w:r w:rsidR="00E92098"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rtl/>
          <w:lang w:bidi="he-IL"/>
        </w:rPr>
        <w:t xml:space="preserve">רשימת מק"טים מערכת </w:t>
      </w:r>
      <w:r w:rsidR="00E92098"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lang w:bidi="he-IL"/>
        </w:rPr>
        <w:t>FM</w:t>
      </w:r>
      <w:r w:rsidRPr="00471A06">
        <w:rPr>
          <w:rFonts w:ascii="Arial" w:hAnsi="Arial" w:cs="Arial" w:hint="cs"/>
          <w:b/>
          <w:bCs/>
          <w:color w:val="000000" w:themeColor="text1"/>
          <w:sz w:val="36"/>
          <w:szCs w:val="36"/>
          <w:rtl/>
          <w:lang w:bidi="he-IL"/>
        </w:rPr>
        <w:t xml:space="preserve"> </w:t>
      </w:r>
      <w:hyperlink r:id="rId8" w:history="1">
        <w:r w:rsidRPr="00471A06">
          <w:rPr>
            <w:rStyle w:val="Hyperlink"/>
            <w:rFonts w:ascii="Arial" w:hAnsi="Arial" w:cs="Arial" w:hint="cs"/>
            <w:b/>
            <w:bCs/>
            <w:sz w:val="36"/>
            <w:szCs w:val="36"/>
            <w:rtl/>
            <w:lang w:bidi="he-IL"/>
          </w:rPr>
          <w:t>לח</w:t>
        </w:r>
        <w:r w:rsidRPr="00471A06">
          <w:rPr>
            <w:rStyle w:val="Hyperlink"/>
            <w:rFonts w:ascii="Arial" w:hAnsi="Arial" w:cs="Arial" w:hint="cs"/>
            <w:b/>
            <w:bCs/>
            <w:sz w:val="36"/>
            <w:szCs w:val="36"/>
            <w:rtl/>
            <w:lang w:bidi="he-IL"/>
          </w:rPr>
          <w:t>ץ</w:t>
        </w:r>
        <w:r w:rsidRPr="00471A06">
          <w:rPr>
            <w:rStyle w:val="Hyperlink"/>
            <w:rFonts w:ascii="Arial" w:hAnsi="Arial" w:cs="Arial" w:hint="cs"/>
            <w:b/>
            <w:bCs/>
            <w:sz w:val="36"/>
            <w:szCs w:val="36"/>
            <w:rtl/>
            <w:lang w:bidi="he-IL"/>
          </w:rPr>
          <w:t xml:space="preserve"> כאן</w:t>
        </w:r>
      </w:hyperlink>
    </w:p>
    <w:p w:rsidR="00E92098" w:rsidRPr="00B26E41" w:rsidRDefault="00E92098" w:rsidP="00E92098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14"/>
          <w:szCs w:val="14"/>
          <w:rtl/>
          <w:lang w:bidi="he-IL"/>
        </w:rPr>
      </w:pPr>
    </w:p>
    <w:p w:rsidR="00E92098" w:rsidRPr="0078447E" w:rsidRDefault="00E92098" w:rsidP="00B26E41">
      <w:pPr>
        <w:bidi/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  <w:rtl/>
          <w:lang w:bidi="he-IL"/>
        </w:rPr>
      </w:pPr>
    </w:p>
    <w:sectPr w:rsidR="00E92098" w:rsidRPr="0078447E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0453" w:rsidRDefault="008B0453" w:rsidP="00461B5C">
      <w:pPr>
        <w:spacing w:after="0" w:line="240" w:lineRule="auto"/>
      </w:pPr>
      <w:r>
        <w:separator/>
      </w:r>
    </w:p>
  </w:endnote>
  <w:endnote w:type="continuationSeparator" w:id="0">
    <w:p w:rsidR="008B0453" w:rsidRDefault="008B0453" w:rsidP="0046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3C36" w:rsidRPr="00E86114" w:rsidRDefault="00DF3C36" w:rsidP="00DF3C36">
    <w:pPr>
      <w:pBdr>
        <w:top w:val="single" w:sz="12" w:space="1" w:color="31849B"/>
      </w:pBd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</w:pPr>
    <w:r w:rsidRPr="00E86114">
      <w:rPr>
        <w:rFonts w:ascii="Calibri" w:eastAsia="Calibri" w:hAnsi="Calibri" w:cs="Arial" w:hint="cs"/>
        <w:noProof/>
        <w:sz w:val="16"/>
        <w:szCs w:val="16"/>
        <w:rtl/>
        <w:lang w:bidi="he-IL"/>
      </w:rPr>
      <w:drawing>
        <wp:anchor distT="0" distB="0" distL="114300" distR="114300" simplePos="0" relativeHeight="251660288" behindDoc="1" locked="0" layoutInCell="1" allowOverlap="1" wp14:anchorId="17EE166A" wp14:editId="23DEA059">
          <wp:simplePos x="0" y="0"/>
          <wp:positionH relativeFrom="column">
            <wp:posOffset>-847725</wp:posOffset>
          </wp:positionH>
          <wp:positionV relativeFrom="paragraph">
            <wp:posOffset>-34925</wp:posOffset>
          </wp:positionV>
          <wp:extent cx="7092950" cy="692150"/>
          <wp:effectExtent l="19050" t="0" r="0" b="0"/>
          <wp:wrapNone/>
          <wp:docPr id="5" name="תמונה 5" descr="logo paper_adres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 paper_adres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92950" cy="692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lang w:bidi="he-IL"/>
      </w:rPr>
      <w:instrText>FILENAME 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550.11-01-20.04.25-הנחיות-וטופס-המלצה-על-מערכת-</w:t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lang w:bidi="he-IL"/>
      </w:rPr>
      <w:t>FM</w:t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-לאתר-002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rtl/>
        <w:lang w:bidi="he-IL"/>
      </w:rPr>
      <w:tab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begin"/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 w:hint="cs"/>
        <w:b/>
        <w:bCs/>
        <w:color w:val="31849B"/>
        <w:sz w:val="16"/>
        <w:szCs w:val="16"/>
        <w:lang w:bidi="he-IL"/>
      </w:rPr>
      <w:instrText>PRINTDATE  \@ "dd/MM/yyyy"  \* MERGEFORMAT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instrText xml:space="preserve"> </w:instrTex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separate"/>
    </w:r>
    <w:r w:rsidR="00D37410">
      <w:rPr>
        <w:rFonts w:ascii="Calibri" w:eastAsia="Calibri" w:hAnsi="Calibri" w:cs="Arial"/>
        <w:b/>
        <w:bCs/>
        <w:noProof/>
        <w:color w:val="31849B"/>
        <w:sz w:val="16"/>
        <w:szCs w:val="16"/>
        <w:rtl/>
        <w:lang w:bidi="he-IL"/>
      </w:rPr>
      <w:t>‏06/04/2025</w:t>
    </w:r>
    <w:r w:rsidRPr="00E86114">
      <w:rPr>
        <w:rFonts w:ascii="Calibri" w:eastAsia="Calibri" w:hAnsi="Calibri" w:cs="Arial"/>
        <w:b/>
        <w:bCs/>
        <w:color w:val="31849B"/>
        <w:sz w:val="16"/>
        <w:szCs w:val="16"/>
        <w:rtl/>
        <w:lang w:bidi="he-IL"/>
      </w:rPr>
      <w:fldChar w:fldCharType="end"/>
    </w:r>
  </w:p>
  <w:p w:rsidR="00DF3C36" w:rsidRDefault="00DF3C36" w:rsidP="00DF3C36">
    <w:pPr>
      <w:pStyle w:val="a7"/>
      <w:jc w:val="right"/>
      <w:rPr>
        <w:lang w:bidi="he-I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0453" w:rsidRDefault="008B0453" w:rsidP="00461B5C">
      <w:pPr>
        <w:spacing w:after="0" w:line="240" w:lineRule="auto"/>
      </w:pPr>
      <w:r>
        <w:separator/>
      </w:r>
    </w:p>
  </w:footnote>
  <w:footnote w:type="continuationSeparator" w:id="0">
    <w:p w:rsidR="008B0453" w:rsidRDefault="008B0453" w:rsidP="00461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760" w:rsidRDefault="00672760" w:rsidP="00461B5C">
    <w:pPr>
      <w:pStyle w:val="a5"/>
    </w:pPr>
    <w:r w:rsidRPr="007E6AA1">
      <w:rPr>
        <w:noProof/>
        <w:lang w:bidi="he-I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-163195</wp:posOffset>
          </wp:positionV>
          <wp:extent cx="2555875" cy="732790"/>
          <wp:effectExtent l="0" t="0" r="0" b="0"/>
          <wp:wrapNone/>
          <wp:docPr id="7" name="תמונה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תמונה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5875" cy="732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p w:rsidR="00672760" w:rsidRDefault="00672760" w:rsidP="00461B5C">
    <w:pPr>
      <w:pStyle w:val="a5"/>
    </w:pPr>
  </w:p>
  <w:tbl>
    <w:tblPr>
      <w:bidiVisual/>
      <w:tblW w:w="8799" w:type="dxa"/>
      <w:tblInd w:w="-94" w:type="dxa"/>
      <w:tblBorders>
        <w:top w:val="single" w:sz="12" w:space="0" w:color="31849B"/>
        <w:left w:val="single" w:sz="12" w:space="0" w:color="31849B"/>
        <w:bottom w:val="single" w:sz="12" w:space="0" w:color="31849B"/>
        <w:right w:val="single" w:sz="12" w:space="0" w:color="31849B"/>
        <w:insideH w:val="single" w:sz="12" w:space="0" w:color="31849B"/>
        <w:insideV w:val="single" w:sz="12" w:space="0" w:color="31849B"/>
      </w:tblBorders>
      <w:tblLook w:val="04A0" w:firstRow="1" w:lastRow="0" w:firstColumn="1" w:lastColumn="0" w:noHBand="0" w:noVBand="1"/>
    </w:tblPr>
    <w:tblGrid>
      <w:gridCol w:w="2977"/>
      <w:gridCol w:w="2238"/>
      <w:gridCol w:w="30"/>
      <w:gridCol w:w="3554"/>
    </w:tblGrid>
    <w:tr w:rsidR="00672760" w:rsidRPr="00BD69A1" w:rsidTr="00461B5C">
      <w:tc>
        <w:tcPr>
          <w:tcW w:w="2977" w:type="dxa"/>
          <w:shd w:val="clear" w:color="auto" w:fill="auto"/>
        </w:tcPr>
        <w:p w:rsidR="00672760" w:rsidRPr="00BD69A1" w:rsidRDefault="00672760" w:rsidP="00B31379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טופס מס</w:t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'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 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550.</w:t>
          </w:r>
          <w:r w:rsidR="00B31379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11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-01</w:t>
          </w:r>
        </w:p>
      </w:tc>
      <w:tc>
        <w:tcPr>
          <w:tcW w:w="2268" w:type="dxa"/>
          <w:gridSpan w:val="2"/>
          <w:shd w:val="clear" w:color="auto" w:fill="auto"/>
        </w:tcPr>
        <w:p w:rsidR="00672760" w:rsidRPr="00BD69A1" w:rsidRDefault="00672760" w:rsidP="00461B5C">
          <w:pPr>
            <w:pStyle w:val="a5"/>
            <w:jc w:val="right"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נוהלי שיקום וניידות</w:t>
          </w:r>
        </w:p>
      </w:tc>
      <w:tc>
        <w:tcPr>
          <w:tcW w:w="3554" w:type="dxa"/>
          <w:shd w:val="clear" w:color="auto" w:fill="auto"/>
        </w:tcPr>
        <w:p w:rsidR="00672760" w:rsidRPr="00BD69A1" w:rsidRDefault="00672760" w:rsidP="00461B5C">
          <w:pPr>
            <w:pStyle w:val="a5"/>
            <w:bidi/>
            <w:jc w:val="right"/>
            <w:rPr>
              <w:b/>
              <w:bCs/>
              <w:color w:val="31849B"/>
              <w:sz w:val="24"/>
              <w:szCs w:val="24"/>
              <w:rtl/>
            </w:rPr>
          </w:pP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עמוד 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begin"/>
          </w:r>
          <w:r w:rsidRPr="00BD69A1">
            <w:rPr>
              <w:b/>
              <w:bCs/>
              <w:color w:val="31849B"/>
              <w:sz w:val="24"/>
              <w:szCs w:val="24"/>
            </w:rPr>
            <w:instrText>PAGE  \* Arabic  \* MERGEFORMAT</w:instrTex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separate"/>
          </w:r>
          <w:r w:rsidR="005D4CDB">
            <w:rPr>
              <w:b/>
              <w:bCs/>
              <w:noProof/>
              <w:color w:val="31849B"/>
              <w:sz w:val="24"/>
              <w:szCs w:val="24"/>
              <w:rtl/>
            </w:rPr>
            <w:t>3</w:t>
          </w:r>
          <w:r w:rsidRPr="00BD69A1">
            <w:rPr>
              <w:b/>
              <w:bCs/>
              <w:color w:val="31849B"/>
              <w:sz w:val="24"/>
              <w:szCs w:val="24"/>
              <w:rtl/>
            </w:rPr>
            <w:fldChar w:fldCharType="end"/>
          </w:r>
          <w:r w:rsidRPr="00BD69A1">
            <w:rPr>
              <w:b/>
              <w:bCs/>
              <w:color w:val="31849B"/>
              <w:sz w:val="24"/>
              <w:szCs w:val="24"/>
              <w:rtl/>
              <w:lang w:val="he-IL" w:bidi="he-IL"/>
            </w:rPr>
            <w:t xml:space="preserve"> מתוך 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begin"/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rtl/>
              <w:lang w:val="he-IL"/>
            </w:rPr>
            <w:instrText>NUMPAGES  \* Arabic  \* MERGEFORMAT</w:instrTex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separate"/>
          </w:r>
          <w:r w:rsidR="005D4CDB" w:rsidRPr="005D4CDB">
            <w:rPr>
              <w:rFonts w:cs="Cambria"/>
              <w:b/>
              <w:bCs/>
              <w:noProof/>
              <w:color w:val="31849B"/>
              <w:sz w:val="24"/>
              <w:szCs w:val="24"/>
              <w:lang w:val="he-IL" w:bidi="he-IL"/>
            </w:rPr>
            <w:t>3</w:t>
          </w:r>
          <w:r>
            <w:rPr>
              <w:rFonts w:cs="Calibri"/>
              <w:b/>
              <w:bCs/>
              <w:noProof/>
              <w:color w:val="31849B"/>
              <w:sz w:val="24"/>
              <w:szCs w:val="24"/>
              <w:lang w:val="he-IL"/>
            </w:rPr>
            <w:fldChar w:fldCharType="end"/>
          </w:r>
          <w:r w:rsidRPr="00BD69A1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 xml:space="preserve"> עמודים</w:t>
          </w:r>
        </w:p>
      </w:tc>
    </w:tr>
    <w:tr w:rsidR="00672760" w:rsidRPr="00BD69A1" w:rsidTr="00461B5C">
      <w:trPr>
        <w:trHeight w:val="654"/>
      </w:trPr>
      <w:tc>
        <w:tcPr>
          <w:tcW w:w="5215" w:type="dxa"/>
          <w:gridSpan w:val="2"/>
          <w:shd w:val="clear" w:color="auto" w:fill="auto"/>
        </w:tcPr>
        <w:p w:rsidR="00672760" w:rsidRPr="00461B5C" w:rsidRDefault="00B31379" w:rsidP="00B31379">
          <w:pPr>
            <w:pStyle w:val="1"/>
            <w:bidi/>
            <w:spacing w:before="0"/>
            <w:rPr>
              <w:rFonts w:asciiTheme="minorHAnsi" w:eastAsiaTheme="minorEastAsia" w:hAnsiTheme="minorHAnsi" w:cstheme="minorBidi"/>
              <w:color w:val="31849B"/>
              <w:sz w:val="24"/>
              <w:szCs w:val="24"/>
              <w:lang w:bidi="he-IL"/>
            </w:rPr>
          </w:pP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rtl/>
              <w:lang w:bidi="he-IL"/>
            </w:rPr>
            <w:t xml:space="preserve">המלצה למערכת </w:t>
          </w: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lang w:bidi="he-IL"/>
            </w:rPr>
            <w:t>FM</w:t>
          </w:r>
          <w:r>
            <w:rPr>
              <w:rFonts w:asciiTheme="minorHAnsi" w:eastAsiaTheme="minorEastAsia" w:hAnsiTheme="minorHAnsi" w:cstheme="minorBidi" w:hint="cs"/>
              <w:color w:val="31849B"/>
              <w:sz w:val="24"/>
              <w:szCs w:val="24"/>
              <w:rtl/>
              <w:lang w:bidi="he-IL"/>
            </w:rPr>
            <w:t xml:space="preserve"> / </w:t>
          </w:r>
          <w:r>
            <w:rPr>
              <w:rFonts w:asciiTheme="minorHAnsi" w:eastAsiaTheme="minorEastAsia" w:hAnsiTheme="minorHAnsi" w:cstheme="minorBidi"/>
              <w:color w:val="31849B"/>
              <w:sz w:val="24"/>
              <w:szCs w:val="24"/>
              <w:lang w:bidi="he-IL"/>
            </w:rPr>
            <w:t>Remote Mic</w:t>
          </w:r>
        </w:p>
      </w:tc>
      <w:tc>
        <w:tcPr>
          <w:tcW w:w="3584" w:type="dxa"/>
          <w:gridSpan w:val="2"/>
          <w:shd w:val="clear" w:color="auto" w:fill="auto"/>
        </w:tcPr>
        <w:p w:rsidR="00672760" w:rsidRPr="00C974AF" w:rsidRDefault="00672760" w:rsidP="00BB3C58">
          <w:pPr>
            <w:pStyle w:val="a5"/>
            <w:bidi/>
            <w:rPr>
              <w:b/>
              <w:bCs/>
              <w:color w:val="31849B"/>
              <w:sz w:val="24"/>
              <w:szCs w:val="24"/>
              <w:rtl/>
              <w:lang w:bidi="he-IL"/>
            </w:rPr>
          </w:pPr>
          <w:r w:rsidRPr="00C974AF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תאריך תוקף</w:t>
          </w:r>
          <w:r>
            <w:rPr>
              <w:rFonts w:hint="cs"/>
              <w:b/>
              <w:bCs/>
              <w:color w:val="31849B"/>
              <w:sz w:val="24"/>
              <w:szCs w:val="24"/>
              <w:rtl/>
            </w:rPr>
            <w:t xml:space="preserve">  </w:t>
          </w:r>
          <w:r w:rsidR="00BB3C58">
            <w:rPr>
              <w:rFonts w:hint="cs"/>
              <w:b/>
              <w:bCs/>
              <w:color w:val="31849B"/>
              <w:sz w:val="24"/>
              <w:szCs w:val="24"/>
              <w:rtl/>
              <w:lang w:bidi="he-IL"/>
            </w:rPr>
            <w:t>10.08.2025</w:t>
          </w:r>
        </w:p>
      </w:tc>
    </w:tr>
  </w:tbl>
  <w:p w:rsidR="00672760" w:rsidRPr="00D34FCB" w:rsidRDefault="00672760" w:rsidP="00461B5C">
    <w:pPr>
      <w:pStyle w:val="a5"/>
      <w:tabs>
        <w:tab w:val="clear" w:pos="4680"/>
        <w:tab w:val="clear" w:pos="9360"/>
        <w:tab w:val="left" w:pos="5505"/>
      </w:tabs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CF50CA"/>
    <w:multiLevelType w:val="hybridMultilevel"/>
    <w:tmpl w:val="D7182F4E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A1FAE"/>
    <w:multiLevelType w:val="hybridMultilevel"/>
    <w:tmpl w:val="6D68B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2B7711"/>
    <w:multiLevelType w:val="hybridMultilevel"/>
    <w:tmpl w:val="3FFC09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9E6396"/>
    <w:multiLevelType w:val="hybridMultilevel"/>
    <w:tmpl w:val="8EF84970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1C42CA"/>
    <w:multiLevelType w:val="hybridMultilevel"/>
    <w:tmpl w:val="18F2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25174F"/>
    <w:multiLevelType w:val="hybridMultilevel"/>
    <w:tmpl w:val="F3F6C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9851CD"/>
    <w:multiLevelType w:val="hybridMultilevel"/>
    <w:tmpl w:val="028AD5EE"/>
    <w:lvl w:ilvl="0" w:tplc="7FFC46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EA6236"/>
    <w:multiLevelType w:val="hybridMultilevel"/>
    <w:tmpl w:val="F9ACD0A2"/>
    <w:lvl w:ilvl="0" w:tplc="A0C8C0B6">
      <w:start w:val="1"/>
      <w:numFmt w:val="bullet"/>
      <w:lvlText w:val="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2839B8"/>
    <w:multiLevelType w:val="hybridMultilevel"/>
    <w:tmpl w:val="CD82A73A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2464ED"/>
    <w:multiLevelType w:val="hybridMultilevel"/>
    <w:tmpl w:val="5B924F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F31412"/>
    <w:multiLevelType w:val="hybridMultilevel"/>
    <w:tmpl w:val="468E45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85142E"/>
    <w:multiLevelType w:val="hybridMultilevel"/>
    <w:tmpl w:val="9B50B4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F61A91"/>
    <w:multiLevelType w:val="hybridMultilevel"/>
    <w:tmpl w:val="E796FDA8"/>
    <w:lvl w:ilvl="0" w:tplc="D06C36F6">
      <w:numFmt w:val="bullet"/>
      <w:lvlText w:val="•"/>
      <w:lvlJc w:val="left"/>
      <w:pPr>
        <w:ind w:left="720" w:hanging="360"/>
      </w:pPr>
      <w:rPr>
        <w:rFonts w:ascii="MS Mincho" w:eastAsia="MS Mincho" w:hAnsi="MS Mincho" w:cstheme="minorBidi" w:hint="eastAsi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DA6F06"/>
    <w:multiLevelType w:val="hybridMultilevel"/>
    <w:tmpl w:val="47D66518"/>
    <w:lvl w:ilvl="0" w:tplc="9926E6B4">
      <w:start w:val="1"/>
      <w:numFmt w:val="decimal"/>
      <w:lvlText w:val="%1."/>
      <w:lvlJc w:val="left"/>
      <w:pPr>
        <w:ind w:left="1440" w:hanging="720"/>
      </w:pPr>
      <w:rPr>
        <w:rFonts w:cs="Arial" w:hint="eastAsi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FD0F05"/>
    <w:multiLevelType w:val="hybridMultilevel"/>
    <w:tmpl w:val="EE3E5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5"/>
  </w:num>
  <w:num w:numId="11">
    <w:abstractNumId w:val="13"/>
  </w:num>
  <w:num w:numId="12">
    <w:abstractNumId w:val="19"/>
  </w:num>
  <w:num w:numId="13">
    <w:abstractNumId w:val="10"/>
  </w:num>
  <w:num w:numId="14">
    <w:abstractNumId w:val="16"/>
  </w:num>
  <w:num w:numId="15">
    <w:abstractNumId w:val="23"/>
  </w:num>
  <w:num w:numId="16">
    <w:abstractNumId w:val="18"/>
  </w:num>
  <w:num w:numId="17">
    <w:abstractNumId w:val="20"/>
  </w:num>
  <w:num w:numId="18">
    <w:abstractNumId w:val="14"/>
  </w:num>
  <w:num w:numId="19">
    <w:abstractNumId w:val="9"/>
  </w:num>
  <w:num w:numId="20">
    <w:abstractNumId w:val="11"/>
  </w:num>
  <w:num w:numId="21">
    <w:abstractNumId w:val="22"/>
  </w:num>
  <w:num w:numId="22">
    <w:abstractNumId w:val="21"/>
  </w:num>
  <w:num w:numId="23">
    <w:abstractNumId w:val="12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documentProtection w:edit="forms" w:enforcement="1" w:cryptProviderType="rsaAES" w:cryptAlgorithmClass="hash" w:cryptAlgorithmType="typeAny" w:cryptAlgorithmSid="14" w:cryptSpinCount="100000" w:hash="KLyYUrkD+VjVv5MPBdrX7gNnbFEPaaSVEo+AY5LJryTqJrfLXc7SzUwtTLR8SvMX8LsVYUyG/bR0T1bGPo3oFQ==" w:salt="LH4h4T4uvAkQDqmflHmrBA==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7696"/>
    <w:rsid w:val="00034616"/>
    <w:rsid w:val="0006063C"/>
    <w:rsid w:val="00065206"/>
    <w:rsid w:val="000B5878"/>
    <w:rsid w:val="000D3D21"/>
    <w:rsid w:val="00110F7A"/>
    <w:rsid w:val="00140E0F"/>
    <w:rsid w:val="0015074B"/>
    <w:rsid w:val="0017316C"/>
    <w:rsid w:val="00190A5A"/>
    <w:rsid w:val="001B7499"/>
    <w:rsid w:val="001D4553"/>
    <w:rsid w:val="001F6617"/>
    <w:rsid w:val="00211C05"/>
    <w:rsid w:val="00214C0F"/>
    <w:rsid w:val="0022123C"/>
    <w:rsid w:val="002529B0"/>
    <w:rsid w:val="002874B8"/>
    <w:rsid w:val="0029639D"/>
    <w:rsid w:val="0032508B"/>
    <w:rsid w:val="00326F90"/>
    <w:rsid w:val="00411DA3"/>
    <w:rsid w:val="00427EA1"/>
    <w:rsid w:val="00461B5C"/>
    <w:rsid w:val="00471A06"/>
    <w:rsid w:val="004C148B"/>
    <w:rsid w:val="005314B2"/>
    <w:rsid w:val="00550C9C"/>
    <w:rsid w:val="00570C6E"/>
    <w:rsid w:val="005750A1"/>
    <w:rsid w:val="005869AF"/>
    <w:rsid w:val="005D4CDB"/>
    <w:rsid w:val="006018A0"/>
    <w:rsid w:val="00616AE7"/>
    <w:rsid w:val="00667ACE"/>
    <w:rsid w:val="00672760"/>
    <w:rsid w:val="006B5514"/>
    <w:rsid w:val="007203FA"/>
    <w:rsid w:val="0078447E"/>
    <w:rsid w:val="00797E8A"/>
    <w:rsid w:val="007E10F3"/>
    <w:rsid w:val="008023E0"/>
    <w:rsid w:val="00811CF8"/>
    <w:rsid w:val="0082395F"/>
    <w:rsid w:val="008306E9"/>
    <w:rsid w:val="008B0453"/>
    <w:rsid w:val="008C3A75"/>
    <w:rsid w:val="008E113A"/>
    <w:rsid w:val="0092789B"/>
    <w:rsid w:val="009468FB"/>
    <w:rsid w:val="009B6D5C"/>
    <w:rsid w:val="009B7225"/>
    <w:rsid w:val="009E4845"/>
    <w:rsid w:val="00A642E1"/>
    <w:rsid w:val="00A922E9"/>
    <w:rsid w:val="00AA1D8D"/>
    <w:rsid w:val="00AE6A57"/>
    <w:rsid w:val="00B26E41"/>
    <w:rsid w:val="00B31379"/>
    <w:rsid w:val="00B416FB"/>
    <w:rsid w:val="00B47730"/>
    <w:rsid w:val="00B91BED"/>
    <w:rsid w:val="00BA07C6"/>
    <w:rsid w:val="00BA4F0A"/>
    <w:rsid w:val="00BB3C58"/>
    <w:rsid w:val="00BC536C"/>
    <w:rsid w:val="00BF02F3"/>
    <w:rsid w:val="00C00BBA"/>
    <w:rsid w:val="00CB0664"/>
    <w:rsid w:val="00CC189E"/>
    <w:rsid w:val="00CF46D2"/>
    <w:rsid w:val="00D34FCB"/>
    <w:rsid w:val="00D37410"/>
    <w:rsid w:val="00DE6664"/>
    <w:rsid w:val="00DF3C36"/>
    <w:rsid w:val="00E33E78"/>
    <w:rsid w:val="00E44C25"/>
    <w:rsid w:val="00E57A4F"/>
    <w:rsid w:val="00E6329D"/>
    <w:rsid w:val="00E679DF"/>
    <w:rsid w:val="00E92098"/>
    <w:rsid w:val="00EA3ABE"/>
    <w:rsid w:val="00EB0E8C"/>
    <w:rsid w:val="00EE4E98"/>
    <w:rsid w:val="00F331F2"/>
    <w:rsid w:val="00F87785"/>
    <w:rsid w:val="00FC693F"/>
    <w:rsid w:val="00FE14B2"/>
    <w:rsid w:val="00FF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efaultImageDpi w14:val="300"/>
  <w15:docId w15:val="{FD5FBE82-B29C-4606-9113-5FA7D826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כותרת עליונה תו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כותרת תחתונה תו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כותרת 1 תו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כותרת 2 תו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כותרת 3 תו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כותרת טקסט תו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כותרת משנה תו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גוף טקסט תו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גוף טקסט 2 תו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גוף טקסט 3 תו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טקסט מאקרו תו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ציטוט תו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כותרת 4 תו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כותרת 9 תו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ציטוט חזק תו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42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0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3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4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5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6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a">
    <w:name w:val="Balloon Text"/>
    <w:basedOn w:val="a1"/>
    <w:link w:val="affb"/>
    <w:uiPriority w:val="99"/>
    <w:semiHidden/>
    <w:unhideWhenUsed/>
    <w:rsid w:val="00065206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ffb">
    <w:name w:val="טקסט בלונים תו"/>
    <w:basedOn w:val="a2"/>
    <w:link w:val="affa"/>
    <w:uiPriority w:val="99"/>
    <w:semiHidden/>
    <w:rsid w:val="00065206"/>
    <w:rPr>
      <w:rFonts w:ascii="Tahoma" w:hAnsi="Tahoma" w:cs="Tahoma"/>
      <w:sz w:val="18"/>
      <w:szCs w:val="18"/>
    </w:rPr>
  </w:style>
  <w:style w:type="table" w:customStyle="1" w:styleId="14">
    <w:name w:val="רשת טבלה1"/>
    <w:basedOn w:val="a3"/>
    <w:next w:val="aff2"/>
    <w:uiPriority w:val="39"/>
    <w:rsid w:val="008023E0"/>
    <w:pPr>
      <w:spacing w:after="0" w:line="240" w:lineRule="auto"/>
    </w:pPr>
    <w:rPr>
      <w:rFonts w:eastAsia="Calibri"/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llowtextselection">
    <w:name w:val="allowtextselection"/>
    <w:basedOn w:val="a2"/>
    <w:rsid w:val="00F87785"/>
  </w:style>
  <w:style w:type="character" w:styleId="Hyperlink">
    <w:name w:val="Hyperlink"/>
    <w:basedOn w:val="a2"/>
    <w:uiPriority w:val="99"/>
    <w:unhideWhenUsed/>
    <w:rsid w:val="00471A06"/>
    <w:rPr>
      <w:color w:val="0000FF" w:themeColor="hyperlink"/>
      <w:u w:val="single"/>
    </w:rPr>
  </w:style>
  <w:style w:type="character" w:styleId="FollowedHyperlink">
    <w:name w:val="FollowedHyperlink"/>
    <w:basedOn w:val="a2"/>
    <w:uiPriority w:val="99"/>
    <w:semiHidden/>
    <w:unhideWhenUsed/>
    <w:rsid w:val="00471A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7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bm.org.il/%d7%a8%d7%a9%d7%99%d7%9e%d7%aa-%d7%9e%d7%a7%d7%98%d7%99%d7%9d-%d7%9e%d7%a2%d7%a8%d7%9b%d7%aa-f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9DE11-3A2A-4B22-A72E-060EDEBDA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</Words>
  <Characters>2797</Characters>
  <Application>Microsoft Office Word</Application>
  <DocSecurity>0</DocSecurity>
  <Lines>23</Lines>
  <Paragraphs>6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3350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נטע מידן</cp:lastModifiedBy>
  <cp:revision>3</cp:revision>
  <cp:lastPrinted>2025-04-06T08:34:00Z</cp:lastPrinted>
  <dcterms:created xsi:type="dcterms:W3CDTF">2025-09-04T09:39:00Z</dcterms:created>
  <dcterms:modified xsi:type="dcterms:W3CDTF">2025-09-04T09:39:00Z</dcterms:modified>
  <cp:category/>
  <cp:contentStatus/>
</cp:coreProperties>
</file>