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26" w:type="dxa"/>
        <w:tblLayout w:type="fixed"/>
        <w:tblLook w:val="04A0" w:firstRow="1" w:lastRow="0" w:firstColumn="1" w:lastColumn="0" w:noHBand="0" w:noVBand="1"/>
      </w:tblPr>
      <w:tblGrid>
        <w:gridCol w:w="2083"/>
        <w:gridCol w:w="2164"/>
        <w:gridCol w:w="568"/>
        <w:gridCol w:w="1980"/>
        <w:gridCol w:w="2131"/>
      </w:tblGrid>
      <w:tr w:rsidR="00CF46D2" w:rsidRPr="00FF1106" w:rsidTr="008B4592">
        <w:tc>
          <w:tcPr>
            <w:tcW w:w="89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F46D2" w:rsidRPr="00FF1106" w:rsidRDefault="00CF46D2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פרטי הפונה</w:t>
            </w:r>
          </w:p>
        </w:tc>
      </w:tr>
      <w:tr w:rsidR="00027696" w:rsidRPr="00FF1106" w:rsidTr="008B4592">
        <w:trPr>
          <w:trHeight w:val="349"/>
        </w:trPr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תאריך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לידה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Pr="00FF1106" w:rsidRDefault="00027696" w:rsidP="00811CF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Pr="00FF110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 w:rsidRPr="00811CF8">
              <w:rPr>
                <w:rFonts w:asciiTheme="minorBidi" w:hAnsiTheme="minorBidi" w:hint="cs"/>
                <w:sz w:val="18"/>
                <w:szCs w:val="18"/>
                <w:rtl/>
                <w:lang w:bidi="he-IL"/>
              </w:rPr>
              <w:t>תז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שם משפחה 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שם פרטי</w:t>
            </w:r>
          </w:p>
          <w:p w:rsidR="00027696" w:rsidRPr="00FF110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lang w:bidi="he-IL"/>
              </w:rPr>
              <w:t xml:space="preserve">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  <w:bookmarkEnd w:id="0"/>
            <w:r>
              <w:rPr>
                <w:rFonts w:asciiTheme="minorBidi" w:hAnsiTheme="minorBidi" w:hint="cs"/>
                <w:lang w:bidi="he-IL"/>
              </w:rPr>
              <w:t xml:space="preserve"> </w:t>
            </w:r>
          </w:p>
        </w:tc>
      </w:tr>
      <w:tr w:rsidR="00CF46D2" w:rsidRPr="00FF1106" w:rsidTr="008B4592"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קופת חולים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ישוב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מספר בית</w:t>
            </w:r>
            <w:r w:rsidR="00027696">
              <w:rPr>
                <w:rFonts w:asciiTheme="minorBidi" w:hAnsiTheme="minorBidi" w:hint="cs"/>
              </w:rPr>
              <w:t xml:space="preserve"> </w:t>
            </w:r>
          </w:p>
          <w:p w:rsidR="00811CF8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רחוב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CF46D2" w:rsidRPr="00FF1106" w:rsidTr="008B4592">
        <w:trPr>
          <w:trHeight w:val="746"/>
        </w:trPr>
        <w:tc>
          <w:tcPr>
            <w:tcW w:w="20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6D2" w:rsidRDefault="00CF46D2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מצב משפחתי</w:t>
            </w:r>
          </w:p>
          <w:p w:rsidR="00CF46D2" w:rsidRDefault="007A07B0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sdt>
              <w:sdtPr>
                <w:rPr>
                  <w:rFonts w:asciiTheme="minorBidi" w:hAnsiTheme="minorBidi" w:hint="cs"/>
                  <w:rtl/>
                  <w:lang w:bidi="he-IL"/>
                </w:rPr>
                <w:id w:val="-5815232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33C1">
                  <w:rPr>
                    <w:rFonts w:ascii="Segoe UI Symbol" w:eastAsia="MS Gothic" w:hAnsi="Segoe UI Symbol" w:cs="Segoe UI Symbol" w:hint="cs"/>
                    <w:rtl/>
                    <w:lang w:bidi="he-IL"/>
                  </w:rPr>
                  <w:t>☐</w:t>
                </w:r>
              </w:sdtContent>
            </w:sdt>
            <w:r w:rsidR="00CF46D2">
              <w:rPr>
                <w:rFonts w:asciiTheme="minorBidi" w:hAnsiTheme="minorBidi" w:hint="cs"/>
                <w:rtl/>
                <w:lang w:bidi="he-IL"/>
              </w:rPr>
              <w:t xml:space="preserve">רווק/ה    </w:t>
            </w:r>
            <w:sdt>
              <w:sdtPr>
                <w:rPr>
                  <w:rFonts w:asciiTheme="minorBidi" w:hAnsiTheme="minorBidi" w:hint="cs"/>
                  <w:rtl/>
                  <w:lang w:bidi="he-IL"/>
                </w:rPr>
                <w:id w:val="-999817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46D2">
                  <w:rPr>
                    <w:rFonts w:ascii="Segoe UI Symbol" w:eastAsia="MS Gothic" w:hAnsi="Segoe UI Symbol" w:cs="Segoe UI Symbol" w:hint="cs"/>
                    <w:rtl/>
                    <w:lang w:bidi="he-IL"/>
                  </w:rPr>
                  <w:t>☐</w:t>
                </w:r>
              </w:sdtContent>
            </w:sdt>
            <w:r w:rsidR="00CF46D2">
              <w:rPr>
                <w:rFonts w:asciiTheme="minorBidi" w:hAnsiTheme="minorBidi" w:hint="cs"/>
                <w:rtl/>
                <w:lang w:bidi="he-IL"/>
              </w:rPr>
              <w:t xml:space="preserve">פרוד/ה        </w:t>
            </w:r>
            <w:sdt>
              <w:sdtPr>
                <w:rPr>
                  <w:rFonts w:asciiTheme="minorBidi" w:hAnsiTheme="minorBidi" w:hint="cs"/>
                  <w:rtl/>
                  <w:lang w:bidi="he-IL"/>
                </w:rPr>
                <w:id w:val="-1510754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46D2">
                  <w:rPr>
                    <w:rFonts w:ascii="Segoe UI Symbol" w:eastAsia="MS Gothic" w:hAnsi="Segoe UI Symbol" w:cs="Segoe UI Symbol" w:hint="cs"/>
                    <w:rtl/>
                    <w:lang w:bidi="he-IL"/>
                  </w:rPr>
                  <w:t>☐</w:t>
                </w:r>
              </w:sdtContent>
            </w:sdt>
            <w:r w:rsidR="00CF46D2">
              <w:rPr>
                <w:rFonts w:asciiTheme="minorBidi" w:hAnsiTheme="minorBidi" w:hint="cs"/>
                <w:rtl/>
                <w:lang w:bidi="he-IL"/>
              </w:rPr>
              <w:t xml:space="preserve">נשוי/אה  </w:t>
            </w:r>
            <w:sdt>
              <w:sdtPr>
                <w:rPr>
                  <w:rFonts w:asciiTheme="minorBidi" w:hAnsiTheme="minorBidi" w:hint="cs"/>
                  <w:rtl/>
                  <w:lang w:bidi="he-IL"/>
                </w:rPr>
                <w:id w:val="15307639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46D2">
                  <w:rPr>
                    <w:rFonts w:ascii="Segoe UI Symbol" w:eastAsia="MS Gothic" w:hAnsi="Segoe UI Symbol" w:cs="Segoe UI Symbol" w:hint="cs"/>
                    <w:rtl/>
                    <w:lang w:bidi="he-IL"/>
                  </w:rPr>
                  <w:t>☐</w:t>
                </w:r>
              </w:sdtContent>
            </w:sdt>
            <w:r w:rsidR="00CF46D2">
              <w:rPr>
                <w:rFonts w:asciiTheme="minorBidi" w:hAnsiTheme="minorBidi" w:hint="cs"/>
                <w:rtl/>
                <w:lang w:bidi="he-IL"/>
              </w:rPr>
              <w:t xml:space="preserve"> גרוש/ה</w:t>
            </w:r>
          </w:p>
          <w:p w:rsidR="00CF46D2" w:rsidRDefault="007A07B0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sdt>
              <w:sdtPr>
                <w:rPr>
                  <w:rFonts w:asciiTheme="minorBidi" w:hAnsiTheme="minorBidi" w:hint="cs"/>
                  <w:rtl/>
                  <w:lang w:bidi="he-IL"/>
                </w:rPr>
                <w:id w:val="-848098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7696">
                  <w:rPr>
                    <w:rFonts w:ascii="Segoe UI Symbol" w:eastAsia="MS Gothic" w:hAnsi="Segoe UI Symbol" w:cs="Segoe UI Symbol" w:hint="cs"/>
                    <w:rtl/>
                    <w:lang w:bidi="he-IL"/>
                  </w:rPr>
                  <w:t>☐</w:t>
                </w:r>
              </w:sdtContent>
            </w:sdt>
            <w:r w:rsidR="00CF46D2">
              <w:rPr>
                <w:rFonts w:asciiTheme="minorBidi" w:hAnsiTheme="minorBidi" w:hint="cs"/>
                <w:rtl/>
                <w:lang w:bidi="he-IL"/>
              </w:rPr>
              <w:t>אלמן/ה</w:t>
            </w:r>
          </w:p>
          <w:p w:rsidR="00CF46D2" w:rsidRDefault="00CF46D2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</w:p>
          <w:p w:rsidR="00CF46D2" w:rsidRPr="00FF1106" w:rsidRDefault="00CF46D2" w:rsidP="00811CF8">
            <w:pPr>
              <w:bidi/>
              <w:spacing w:after="0" w:line="240" w:lineRule="auto"/>
              <w:rPr>
                <w:rFonts w:asciiTheme="minorBidi" w:hAnsiTheme="minorBidi"/>
              </w:rPr>
            </w:pPr>
          </w:p>
        </w:tc>
        <w:tc>
          <w:tcPr>
            <w:tcW w:w="2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D2" w:rsidRDefault="00CF46D2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איש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קשר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נוסף</w:t>
            </w:r>
          </w:p>
          <w:p w:rsidR="00CF46D2" w:rsidRPr="00FF1106" w:rsidRDefault="00027696" w:rsidP="00811CF8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D2" w:rsidRDefault="00CF46D2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טלפון נוסף</w:t>
            </w:r>
          </w:p>
          <w:p w:rsidR="00CF46D2" w:rsidRPr="00FF1106" w:rsidRDefault="00027696" w:rsidP="00811CF8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D2" w:rsidRDefault="00CF46D2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טלפון</w:t>
            </w:r>
          </w:p>
          <w:p w:rsidR="00CF46D2" w:rsidRPr="00FF1106" w:rsidRDefault="00027696" w:rsidP="00811CF8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CF46D2" w:rsidRPr="00FF1106" w:rsidTr="008B4592">
        <w:trPr>
          <w:trHeight w:val="544"/>
        </w:trPr>
        <w:tc>
          <w:tcPr>
            <w:tcW w:w="20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D2" w:rsidRDefault="00CF46D2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</w:p>
        </w:tc>
        <w:tc>
          <w:tcPr>
            <w:tcW w:w="4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D2" w:rsidRDefault="00CF46D2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מייל</w:t>
            </w:r>
          </w:p>
          <w:p w:rsidR="00027696" w:rsidRDefault="00027696" w:rsidP="00027696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D2" w:rsidRDefault="00CF46D2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פקס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811CF8" w:rsidRPr="00FF1106" w:rsidTr="008B4592">
        <w:trPr>
          <w:trHeight w:val="1021"/>
        </w:trPr>
        <w:tc>
          <w:tcPr>
            <w:tcW w:w="89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 w:rsidRPr="008306E9">
              <w:rPr>
                <w:rFonts w:asciiTheme="minorBidi" w:hAnsiTheme="minorBidi" w:hint="cs"/>
                <w:rtl/>
                <w:lang w:bidi="he-IL"/>
              </w:rPr>
              <w:t>אבחנה</w:t>
            </w:r>
            <w:r w:rsidR="008306E9" w:rsidRPr="008306E9">
              <w:rPr>
                <w:rFonts w:asciiTheme="minorBidi" w:hAnsiTheme="minorBidi" w:hint="cs"/>
                <w:rtl/>
                <w:lang w:bidi="he-IL"/>
              </w:rPr>
              <w:t>(יש לצרף אישור רפואי):</w:t>
            </w:r>
          </w:p>
          <w:p w:rsidR="00027696" w:rsidRPr="008306E9" w:rsidRDefault="00027696" w:rsidP="00027696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402692" w:rsidRPr="00FF1106" w:rsidTr="008B4592">
        <w:tc>
          <w:tcPr>
            <w:tcW w:w="4815" w:type="dxa"/>
            <w:gridSpan w:val="3"/>
            <w:tcBorders>
              <w:top w:val="single" w:sz="4" w:space="0" w:color="auto"/>
            </w:tcBorders>
          </w:tcPr>
          <w:p w:rsidR="00402692" w:rsidRDefault="00402692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</w:tcBorders>
          </w:tcPr>
          <w:p w:rsidR="00402692" w:rsidRPr="00FF1106" w:rsidRDefault="00402692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שותפים למגורים</w:t>
            </w:r>
          </w:p>
        </w:tc>
      </w:tr>
      <w:tr w:rsidR="00CF46D2" w:rsidRPr="00FF1106" w:rsidTr="008B4592">
        <w:tc>
          <w:tcPr>
            <w:tcW w:w="4815" w:type="dxa"/>
            <w:gridSpan w:val="3"/>
            <w:tcBorders>
              <w:top w:val="single" w:sz="4" w:space="0" w:color="auto"/>
            </w:tcBorders>
          </w:tcPr>
          <w:p w:rsidR="00CF46D2" w:rsidRPr="00FF1106" w:rsidRDefault="00027696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</w:tcBorders>
          </w:tcPr>
          <w:p w:rsidR="00CF46D2" w:rsidRPr="00FF1106" w:rsidRDefault="00CF46D2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מטפל</w:t>
            </w:r>
            <w:r w:rsidRPr="00FF1106">
              <w:rPr>
                <w:rFonts w:asciiTheme="minorBidi" w:hAnsiTheme="minorBidi"/>
              </w:rPr>
              <w:t xml:space="preserve">: </w:t>
            </w:r>
            <w:sdt>
              <w:sdtPr>
                <w:rPr>
                  <w:rFonts w:asciiTheme="minorBidi" w:hAnsiTheme="minorBidi"/>
                  <w:rtl/>
                  <w:lang w:bidi="he-IL"/>
                </w:rPr>
                <w:id w:val="1183245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7696">
                  <w:rPr>
                    <w:rFonts w:ascii="Segoe UI Symbol" w:eastAsia="MS Gothic" w:hAnsi="Segoe UI Symbol" w:cs="Segoe UI Symbol" w:hint="cs"/>
                    <w:rtl/>
                    <w:lang w:bidi="he-IL"/>
                  </w:rPr>
                  <w:t>☐</w:t>
                </w:r>
              </w:sdtContent>
            </w:sdt>
            <w:r>
              <w:rPr>
                <w:rFonts w:asciiTheme="minorBidi" w:hAnsiTheme="minorBidi" w:hint="cs"/>
                <w:rtl/>
                <w:lang w:bidi="he-IL"/>
              </w:rPr>
              <w:t xml:space="preserve">לא   </w:t>
            </w:r>
            <w:sdt>
              <w:sdtPr>
                <w:rPr>
                  <w:rFonts w:asciiTheme="minorBidi" w:hAnsiTheme="minorBidi"/>
                  <w:rtl/>
                </w:rPr>
                <w:id w:val="1890761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eastAsia="MS Gothic" w:hAnsi="Segoe UI Symbol" w:cs="Segoe UI Symbol" w:hint="cs"/>
                    <w:rtl/>
                  </w:rPr>
                  <w:t>☐</w:t>
                </w:r>
              </w:sdtContent>
            </w:sdt>
            <w:r>
              <w:rPr>
                <w:rFonts w:asciiTheme="minorBidi" w:hAnsiTheme="minorBidi"/>
              </w:rPr>
              <w:t xml:space="preserve"> </w:t>
            </w:r>
            <w:r>
              <w:rPr>
                <w:rFonts w:asciiTheme="minorBidi" w:hAnsiTheme="minorBidi" w:hint="cs"/>
                <w:rtl/>
                <w:lang w:bidi="he-IL"/>
              </w:rPr>
              <w:t>כן</w:t>
            </w:r>
            <w:r w:rsidRPr="00FF1106">
              <w:rPr>
                <w:rFonts w:asciiTheme="minorBidi" w:hAnsiTheme="minorBidi"/>
              </w:rPr>
              <w:t xml:space="preserve">, </w:t>
            </w:r>
            <w:r>
              <w:rPr>
                <w:rFonts w:asciiTheme="minorBidi" w:hAnsiTheme="minorBidi" w:hint="cs"/>
                <w:rtl/>
                <w:lang w:bidi="he-IL"/>
              </w:rPr>
              <w:t xml:space="preserve">אם כן </w:t>
            </w:r>
            <w:r w:rsidRPr="00FF1106">
              <w:rPr>
                <w:rFonts w:asciiTheme="minorBidi" w:hAnsiTheme="minorBidi"/>
                <w:rtl/>
                <w:lang w:bidi="he-IL"/>
              </w:rPr>
              <w:t>מספר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שעות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ביום</w:t>
            </w:r>
            <w:r>
              <w:rPr>
                <w:rFonts w:asciiTheme="minorBidi" w:hAnsiTheme="minorBidi" w:hint="cs"/>
                <w:rtl/>
                <w:lang w:bidi="he-IL"/>
              </w:rPr>
              <w:t>:</w:t>
            </w:r>
          </w:p>
        </w:tc>
      </w:tr>
      <w:tr w:rsidR="008306E9" w:rsidRPr="00FF1106" w:rsidTr="008B4592">
        <w:tc>
          <w:tcPr>
            <w:tcW w:w="4815" w:type="dxa"/>
            <w:gridSpan w:val="3"/>
          </w:tcPr>
          <w:p w:rsidR="008306E9" w:rsidRPr="00FF1106" w:rsidRDefault="00027696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</w:tcPr>
          <w:p w:rsidR="008306E9" w:rsidRPr="00FF1106" w:rsidRDefault="008306E9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איש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משפחה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מלווה</w:t>
            </w:r>
            <w:r w:rsidR="002C684A">
              <w:rPr>
                <w:rFonts w:asciiTheme="minorBidi" w:hAnsiTheme="minorBidi" w:hint="cs"/>
                <w:rtl/>
                <w:lang w:bidi="he-IL"/>
              </w:rPr>
              <w:t>:</w:t>
            </w:r>
          </w:p>
        </w:tc>
      </w:tr>
      <w:tr w:rsidR="008306E9" w:rsidRPr="00FF1106" w:rsidTr="008B4592">
        <w:tc>
          <w:tcPr>
            <w:tcW w:w="4815" w:type="dxa"/>
            <w:gridSpan w:val="3"/>
          </w:tcPr>
          <w:p w:rsidR="008306E9" w:rsidRPr="00FF1106" w:rsidRDefault="00027696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</w:tcPr>
          <w:p w:rsidR="008306E9" w:rsidRPr="00FF1106" w:rsidRDefault="008306E9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מסגרת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שיקומית</w:t>
            </w:r>
            <w:r w:rsidRPr="00FF1106">
              <w:rPr>
                <w:rFonts w:asciiTheme="minorBidi" w:hAnsiTheme="minorBidi"/>
              </w:rPr>
              <w:t xml:space="preserve"> / </w:t>
            </w:r>
            <w:r w:rsidRPr="00FF1106">
              <w:rPr>
                <w:rFonts w:asciiTheme="minorBidi" w:hAnsiTheme="minorBidi"/>
                <w:rtl/>
                <w:lang w:bidi="he-IL"/>
              </w:rPr>
              <w:t>טיפולית</w:t>
            </w:r>
            <w:r>
              <w:rPr>
                <w:rFonts w:asciiTheme="minorBidi" w:hAnsiTheme="minorBidi" w:hint="cs"/>
                <w:rtl/>
                <w:lang w:bidi="he-IL"/>
              </w:rPr>
              <w:t>/ חינוכית:</w:t>
            </w:r>
          </w:p>
        </w:tc>
      </w:tr>
      <w:tr w:rsidR="008306E9" w:rsidRPr="00FF1106" w:rsidTr="008B4592">
        <w:tc>
          <w:tcPr>
            <w:tcW w:w="4815" w:type="dxa"/>
            <w:gridSpan w:val="3"/>
            <w:tcBorders>
              <w:bottom w:val="single" w:sz="4" w:space="0" w:color="auto"/>
            </w:tcBorders>
          </w:tcPr>
          <w:p w:rsidR="008306E9" w:rsidRPr="00FF1106" w:rsidRDefault="00027696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:rsidR="008306E9" w:rsidRPr="00FF1106" w:rsidRDefault="008306E9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הגורם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המקצועי</w:t>
            </w:r>
            <w:r w:rsidRPr="00FF1106">
              <w:rPr>
                <w:rFonts w:asciiTheme="minorBidi" w:hAnsiTheme="minorBidi"/>
              </w:rPr>
              <w:t xml:space="preserve"> </w:t>
            </w:r>
            <w:r>
              <w:rPr>
                <w:rFonts w:asciiTheme="minorBidi" w:hAnsiTheme="minorBidi" w:hint="cs"/>
                <w:rtl/>
                <w:lang w:bidi="he-IL"/>
              </w:rPr>
              <w:t>ה</w:t>
            </w:r>
            <w:r w:rsidRPr="00FF1106">
              <w:rPr>
                <w:rFonts w:asciiTheme="minorBidi" w:hAnsiTheme="minorBidi"/>
                <w:rtl/>
                <w:lang w:bidi="he-IL"/>
              </w:rPr>
              <w:t>ממלא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את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טופס</w:t>
            </w:r>
            <w:r w:rsidRPr="00FF1106">
              <w:rPr>
                <w:rFonts w:asciiTheme="minorBidi" w:hAnsiTheme="minorBidi"/>
              </w:rPr>
              <w:t xml:space="preserve"> </w:t>
            </w:r>
            <w:r>
              <w:rPr>
                <w:rFonts w:asciiTheme="minorBidi" w:hAnsiTheme="minorBidi" w:hint="cs"/>
                <w:rtl/>
                <w:lang w:bidi="he-IL"/>
              </w:rPr>
              <w:t>ההשאלה</w:t>
            </w:r>
          </w:p>
        </w:tc>
      </w:tr>
      <w:tr w:rsidR="00402692" w:rsidRPr="00FF1106" w:rsidTr="008B4592">
        <w:tc>
          <w:tcPr>
            <w:tcW w:w="8926" w:type="dxa"/>
            <w:gridSpan w:val="5"/>
            <w:tcBorders>
              <w:bottom w:val="single" w:sz="4" w:space="0" w:color="auto"/>
            </w:tcBorders>
          </w:tcPr>
          <w:p w:rsidR="00402692" w:rsidRDefault="00402692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מגבלה בדיבור:  </w:t>
            </w:r>
            <w:sdt>
              <w:sdtPr>
                <w:rPr>
                  <w:rFonts w:asciiTheme="minorBidi" w:hAnsiTheme="minorBidi" w:hint="cs"/>
                  <w:rtl/>
                  <w:lang w:bidi="he-IL"/>
                </w:rPr>
                <w:id w:val="-1413464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eastAsia="MS Gothic" w:hAnsi="Segoe UI Symbol" w:cs="Segoe UI Symbol" w:hint="cs"/>
                    <w:rtl/>
                    <w:lang w:bidi="he-IL"/>
                  </w:rPr>
                  <w:t>☐</w:t>
                </w:r>
              </w:sdtContent>
            </w:sdt>
            <w:r>
              <w:rPr>
                <w:rFonts w:asciiTheme="minorBidi" w:hAnsiTheme="minorBidi" w:hint="cs"/>
                <w:rtl/>
                <w:lang w:bidi="he-IL"/>
              </w:rPr>
              <w:t xml:space="preserve">  לא  </w:t>
            </w:r>
            <w:sdt>
              <w:sdtPr>
                <w:rPr>
                  <w:rFonts w:asciiTheme="minorBidi" w:hAnsiTheme="minorBidi" w:hint="cs"/>
                  <w:rtl/>
                  <w:lang w:bidi="he-IL"/>
                </w:rPr>
                <w:id w:val="-1369913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eastAsia="MS Gothic" w:hAnsi="Segoe UI Symbol" w:cs="Segoe UI Symbol" w:hint="cs"/>
                    <w:rtl/>
                    <w:lang w:bidi="he-IL"/>
                  </w:rPr>
                  <w:t>☐</w:t>
                </w:r>
              </w:sdtContent>
            </w:sdt>
            <w:r>
              <w:rPr>
                <w:rFonts w:asciiTheme="minorBidi" w:hAnsiTheme="minorBidi" w:hint="cs"/>
                <w:rtl/>
                <w:lang w:bidi="he-IL"/>
              </w:rPr>
              <w:t xml:space="preserve">   כן  פירוט:</w:t>
            </w:r>
            <w:r>
              <w:rPr>
                <w:rFonts w:asciiTheme="minorBidi" w:hAnsiTheme="minorBidi"/>
                <w:lang w:bidi="he-IL"/>
              </w:rPr>
              <w:t xml:space="preserve">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8306E9" w:rsidRPr="00FF1106" w:rsidTr="008B4592">
        <w:tc>
          <w:tcPr>
            <w:tcW w:w="4815" w:type="dxa"/>
            <w:gridSpan w:val="3"/>
            <w:tcBorders>
              <w:bottom w:val="single" w:sz="4" w:space="0" w:color="auto"/>
            </w:tcBorders>
          </w:tcPr>
          <w:p w:rsidR="008306E9" w:rsidRPr="00FF1106" w:rsidRDefault="008306E9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מערכת מיקוד מבט</w:t>
            </w:r>
            <w:sdt>
              <w:sdtPr>
                <w:rPr>
                  <w:rFonts w:asciiTheme="minorBidi" w:hAnsiTheme="minorBidi" w:hint="cs"/>
                  <w:rtl/>
                  <w:lang w:bidi="he-IL"/>
                </w:rPr>
                <w:id w:val="-6779635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eastAsia="MS Gothic" w:hAnsi="Segoe UI Symbol" w:cs="Segoe UI Symbol" w:hint="cs"/>
                    <w:rtl/>
                    <w:lang w:bidi="he-IL"/>
                  </w:rPr>
                  <w:t>☐</w:t>
                </w:r>
              </w:sdtContent>
            </w:sdt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:rsidR="008306E9" w:rsidRPr="00FF1106" w:rsidRDefault="008306E9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המכשיר הנדרש (סמן):מחשב תקשורת</w:t>
            </w:r>
            <w:sdt>
              <w:sdtPr>
                <w:rPr>
                  <w:rFonts w:asciiTheme="minorBidi" w:hAnsiTheme="minorBidi"/>
                  <w:rtl/>
                </w:rPr>
                <w:id w:val="-541066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eastAsia="MS Gothic" w:hAnsi="Segoe UI Symbol" w:cs="Segoe UI Symbol" w:hint="cs"/>
                    <w:rtl/>
                  </w:rPr>
                  <w:t>☐</w:t>
                </w:r>
              </w:sdtContent>
            </w:sdt>
          </w:p>
        </w:tc>
      </w:tr>
      <w:tr w:rsidR="00E86114" w:rsidRPr="00FF1106" w:rsidTr="008B4592">
        <w:tc>
          <w:tcPr>
            <w:tcW w:w="8926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E86114" w:rsidRDefault="00402692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מי התאים את המכשיר?</w:t>
            </w:r>
          </w:p>
          <w:p w:rsidR="00E86114" w:rsidRPr="00402692" w:rsidRDefault="00402692" w:rsidP="00E8611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שם:   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  <w:r>
              <w:rPr>
                <w:rFonts w:asciiTheme="minorBidi" w:hAnsiTheme="minorBidi" w:hint="cs"/>
                <w:rtl/>
                <w:lang w:bidi="he-IL"/>
              </w:rPr>
              <w:t xml:space="preserve">                                                        מקצוע:</w:t>
            </w:r>
            <w:r>
              <w:rPr>
                <w:rFonts w:asciiTheme="minorBidi" w:hAnsiTheme="minorBidi"/>
                <w:lang w:bidi="he-IL"/>
              </w:rPr>
              <w:t xml:space="preserve">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E62F61" w:rsidRPr="00FF1106" w:rsidTr="008B4592">
        <w:tc>
          <w:tcPr>
            <w:tcW w:w="8926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E62F61" w:rsidRPr="00E62F61" w:rsidRDefault="00E62F61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="Arial" w:hAnsi="Arial" w:cs="Arial"/>
                <w:rtl/>
                <w:lang w:bidi="he-IL"/>
              </w:rPr>
              <w:t>מספר שנות ניסיון בהתאמת תת</w:t>
            </w:r>
            <w:r>
              <w:rPr>
                <w:rFonts w:ascii="Arial" w:hAnsi="Arial" w:cs="Arial"/>
                <w:rtl/>
              </w:rPr>
              <w:t>"</w:t>
            </w:r>
            <w:r>
              <w:rPr>
                <w:rFonts w:ascii="Arial" w:hAnsi="Arial" w:cs="Arial"/>
                <w:rtl/>
                <w:lang w:bidi="he-IL"/>
              </w:rPr>
              <w:t>ח</w:t>
            </w:r>
            <w:r>
              <w:rPr>
                <w:rFonts w:asciiTheme="minorBidi" w:hAnsiTheme="minorBidi" w:hint="cs"/>
                <w:rtl/>
                <w:lang w:bidi="he-IL"/>
              </w:rPr>
              <w:t xml:space="preserve">: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E86114" w:rsidRPr="00FF1106" w:rsidTr="008B4592">
        <w:tc>
          <w:tcPr>
            <w:tcW w:w="8926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E86114" w:rsidRDefault="00E86114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מקום ההתאמה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8E113A" w:rsidRPr="00FF1106" w:rsidTr="008B4592">
        <w:tc>
          <w:tcPr>
            <w:tcW w:w="8926" w:type="dxa"/>
            <w:gridSpan w:val="5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8E113A" w:rsidRPr="00FF1106" w:rsidRDefault="008E113A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בהשאלת מחשב תקשורת(בלבד):</w:t>
            </w:r>
          </w:p>
        </w:tc>
      </w:tr>
      <w:tr w:rsidR="008306E9" w:rsidRPr="00FF1106" w:rsidTr="008B4592"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6E9" w:rsidRDefault="008306E9" w:rsidP="008E113A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</w:p>
          <w:p w:rsidR="008E113A" w:rsidRPr="00FF1106" w:rsidRDefault="00027696" w:rsidP="008E113A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left w:val="single" w:sz="4" w:space="0" w:color="auto"/>
            </w:tcBorders>
          </w:tcPr>
          <w:p w:rsidR="008306E9" w:rsidRPr="00FF1106" w:rsidRDefault="008306E9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סוג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מחשב</w:t>
            </w:r>
            <w:r w:rsidR="008E113A">
              <w:rPr>
                <w:rFonts w:asciiTheme="minorBidi" w:hAnsiTheme="minorBidi" w:hint="cs"/>
                <w:rtl/>
                <w:lang w:bidi="he-IL"/>
              </w:rPr>
              <w:t>(התייחסות למידת הקשחה,גודל מסך)</w:t>
            </w:r>
          </w:p>
        </w:tc>
      </w:tr>
      <w:tr w:rsidR="008306E9" w:rsidRPr="00FF1106" w:rsidTr="008B4592"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6E9" w:rsidRPr="00FF1106" w:rsidRDefault="00027696" w:rsidP="008E113A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left w:val="single" w:sz="4" w:space="0" w:color="auto"/>
            </w:tcBorders>
          </w:tcPr>
          <w:p w:rsidR="008306E9" w:rsidRPr="00FF1106" w:rsidRDefault="008E113A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rtl/>
                <w:lang w:bidi="he-IL"/>
              </w:rPr>
              <w:t>תוכנ</w:t>
            </w:r>
            <w:r>
              <w:rPr>
                <w:rFonts w:asciiTheme="minorBidi" w:hAnsiTheme="minorBidi" w:hint="cs"/>
                <w:rtl/>
                <w:lang w:bidi="he-IL"/>
              </w:rPr>
              <w:t>ות</w:t>
            </w:r>
            <w:r w:rsidR="008306E9" w:rsidRPr="00FF1106">
              <w:rPr>
                <w:rFonts w:asciiTheme="minorBidi" w:hAnsiTheme="minorBidi"/>
              </w:rPr>
              <w:t xml:space="preserve"> </w:t>
            </w:r>
            <w:r>
              <w:rPr>
                <w:rFonts w:asciiTheme="minorBidi" w:hAnsiTheme="minorBidi"/>
                <w:rtl/>
                <w:lang w:bidi="he-IL"/>
              </w:rPr>
              <w:t>נדרש</w:t>
            </w:r>
            <w:r>
              <w:rPr>
                <w:rFonts w:asciiTheme="minorBidi" w:hAnsiTheme="minorBidi" w:hint="cs"/>
                <w:rtl/>
                <w:lang w:bidi="he-IL"/>
              </w:rPr>
              <w:t>ות</w:t>
            </w:r>
            <w:r w:rsidRPr="00FF1106">
              <w:rPr>
                <w:rFonts w:asciiTheme="minorBidi" w:hAnsiTheme="minorBidi"/>
                <w:rtl/>
                <w:lang w:bidi="he-IL"/>
              </w:rPr>
              <w:t xml:space="preserve"> </w:t>
            </w:r>
            <w:r>
              <w:rPr>
                <w:rFonts w:asciiTheme="minorBidi" w:hAnsiTheme="minorBidi" w:hint="cs"/>
                <w:rtl/>
                <w:lang w:bidi="he-IL"/>
              </w:rPr>
              <w:t>(</w:t>
            </w:r>
            <w:r w:rsidRPr="00FF1106">
              <w:rPr>
                <w:rFonts w:asciiTheme="minorBidi" w:hAnsiTheme="minorBidi"/>
                <w:rtl/>
                <w:lang w:bidi="he-IL"/>
              </w:rPr>
              <w:t>התייחסות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ללוחות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מוכנים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במידת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הצורך</w:t>
            </w:r>
            <w:r w:rsidRPr="00FF1106">
              <w:rPr>
                <w:rFonts w:asciiTheme="minorBidi" w:hAnsiTheme="minorBidi"/>
              </w:rPr>
              <w:t xml:space="preserve"> / </w:t>
            </w:r>
            <w:r w:rsidRPr="00FF1106">
              <w:rPr>
                <w:rFonts w:asciiTheme="minorBidi" w:hAnsiTheme="minorBidi"/>
                <w:rtl/>
                <w:lang w:bidi="he-IL"/>
              </w:rPr>
              <w:t>הקלטות</w:t>
            </w:r>
            <w:r w:rsidRPr="00FF1106">
              <w:rPr>
                <w:rFonts w:asciiTheme="minorBidi" w:hAnsiTheme="minorBidi"/>
              </w:rPr>
              <w:t xml:space="preserve"> / </w:t>
            </w:r>
            <w:r w:rsidRPr="00FF1106">
              <w:rPr>
                <w:rFonts w:asciiTheme="minorBidi" w:hAnsiTheme="minorBidi"/>
                <w:rtl/>
                <w:lang w:bidi="he-IL"/>
              </w:rPr>
              <w:t>מנוע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דיבור</w:t>
            </w:r>
            <w:r>
              <w:rPr>
                <w:rFonts w:asciiTheme="minorBidi" w:hAnsiTheme="minorBidi" w:hint="cs"/>
                <w:rtl/>
                <w:lang w:bidi="he-IL"/>
              </w:rPr>
              <w:t>)</w:t>
            </w:r>
          </w:p>
        </w:tc>
      </w:tr>
      <w:tr w:rsidR="008306E9" w:rsidRPr="00FF1106" w:rsidTr="008B4592"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6E9" w:rsidRPr="00FF1106" w:rsidRDefault="00027696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left w:val="single" w:sz="4" w:space="0" w:color="auto"/>
            </w:tcBorders>
          </w:tcPr>
          <w:p w:rsidR="008306E9" w:rsidRPr="00FF1106" w:rsidRDefault="008E113A" w:rsidP="008E113A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rtl/>
                <w:lang w:bidi="he-IL"/>
              </w:rPr>
              <w:t>אביז</w:t>
            </w:r>
            <w:r>
              <w:rPr>
                <w:rFonts w:asciiTheme="minorBidi" w:hAnsiTheme="minorBidi" w:hint="cs"/>
                <w:rtl/>
                <w:lang w:bidi="he-IL"/>
              </w:rPr>
              <w:t>רי נגישות</w:t>
            </w:r>
            <w:r w:rsidR="008306E9" w:rsidRPr="00FF1106">
              <w:rPr>
                <w:rFonts w:asciiTheme="minorBidi" w:hAnsiTheme="minorBidi"/>
              </w:rPr>
              <w:t xml:space="preserve"> </w:t>
            </w:r>
            <w:r>
              <w:rPr>
                <w:rFonts w:asciiTheme="minorBidi" w:hAnsiTheme="minorBidi" w:hint="cs"/>
                <w:rtl/>
                <w:lang w:bidi="he-IL"/>
              </w:rPr>
              <w:t>(מתגים, מתאמים, אחר)</w:t>
            </w:r>
          </w:p>
        </w:tc>
      </w:tr>
      <w:tr w:rsidR="008E2190" w:rsidRPr="00FF1106" w:rsidTr="008A1433">
        <w:trPr>
          <w:trHeight w:val="2065"/>
        </w:trPr>
        <w:tc>
          <w:tcPr>
            <w:tcW w:w="8926" w:type="dxa"/>
            <w:gridSpan w:val="5"/>
          </w:tcPr>
          <w:p w:rsidR="008E2190" w:rsidRDefault="008E2190" w:rsidP="008E219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הערות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  <w:p w:rsidR="008E2190" w:rsidRDefault="008E2190" w:rsidP="008E219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</w:p>
          <w:p w:rsidR="008E2190" w:rsidRDefault="008E2190" w:rsidP="008E2190">
            <w:pPr>
              <w:tabs>
                <w:tab w:val="left" w:pos="7630"/>
              </w:tabs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</w:p>
          <w:p w:rsidR="008E2190" w:rsidRDefault="008E2190" w:rsidP="008E2190">
            <w:pPr>
              <w:tabs>
                <w:tab w:val="left" w:pos="7630"/>
              </w:tabs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</w:p>
          <w:p w:rsidR="008E2190" w:rsidRPr="00FF1106" w:rsidRDefault="008E2190" w:rsidP="008E2190">
            <w:pPr>
              <w:tabs>
                <w:tab w:val="left" w:pos="7630"/>
              </w:tabs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rtl/>
                <w:lang w:bidi="he-IL"/>
              </w:rPr>
              <w:tab/>
            </w:r>
          </w:p>
        </w:tc>
      </w:tr>
      <w:tr w:rsidR="008E2190" w:rsidRPr="00FF1106" w:rsidTr="008B4592">
        <w:trPr>
          <w:trHeight w:val="285"/>
        </w:trPr>
        <w:tc>
          <w:tcPr>
            <w:tcW w:w="8926" w:type="dxa"/>
            <w:gridSpan w:val="5"/>
          </w:tcPr>
          <w:p w:rsidR="008E2190" w:rsidRDefault="008E2190" w:rsidP="008E219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</w:p>
        </w:tc>
      </w:tr>
      <w:tr w:rsidR="008E113A" w:rsidRPr="00FF1106" w:rsidTr="008B4592">
        <w:tc>
          <w:tcPr>
            <w:tcW w:w="8926" w:type="dxa"/>
            <w:gridSpan w:val="5"/>
          </w:tcPr>
          <w:p w:rsidR="008E113A" w:rsidRPr="00FF1106" w:rsidRDefault="008E113A" w:rsidP="008E113A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hd w:val="clear" w:color="auto" w:fill="D9D9D9" w:themeFill="background1" w:themeFillShade="D9"/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בהשאלת מערכת מיקוד מבט</w:t>
            </w:r>
          </w:p>
        </w:tc>
      </w:tr>
      <w:tr w:rsidR="008306E9" w:rsidRPr="00FF1106" w:rsidTr="008B4592">
        <w:tc>
          <w:tcPr>
            <w:tcW w:w="4815" w:type="dxa"/>
            <w:gridSpan w:val="3"/>
          </w:tcPr>
          <w:p w:rsidR="008306E9" w:rsidRPr="00FF1106" w:rsidRDefault="00027696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</w:tcPr>
          <w:p w:rsidR="008306E9" w:rsidRPr="00FF1106" w:rsidRDefault="008306E9" w:rsidP="008E113A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סוג</w:t>
            </w:r>
            <w:r w:rsidRPr="00FF1106">
              <w:rPr>
                <w:rFonts w:asciiTheme="minorBidi" w:hAnsiTheme="minorBidi"/>
              </w:rPr>
              <w:t xml:space="preserve"> </w:t>
            </w:r>
            <w:r w:rsidR="008E113A">
              <w:rPr>
                <w:rFonts w:asciiTheme="minorBidi" w:hAnsiTheme="minorBidi" w:hint="cs"/>
                <w:rtl/>
                <w:lang w:bidi="he-IL"/>
              </w:rPr>
              <w:t>המחשב(התייחסות גודל מסך)</w:t>
            </w:r>
          </w:p>
        </w:tc>
      </w:tr>
      <w:tr w:rsidR="008306E9" w:rsidRPr="00FF1106" w:rsidTr="008B4592">
        <w:tc>
          <w:tcPr>
            <w:tcW w:w="4815" w:type="dxa"/>
            <w:gridSpan w:val="3"/>
          </w:tcPr>
          <w:p w:rsidR="008306E9" w:rsidRPr="00FF1106" w:rsidRDefault="00027696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</w:tcPr>
          <w:p w:rsidR="008306E9" w:rsidRPr="00FF1106" w:rsidRDefault="008306E9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סוג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מערכת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מיקוד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מבט</w:t>
            </w:r>
          </w:p>
        </w:tc>
      </w:tr>
      <w:tr w:rsidR="008306E9" w:rsidRPr="00FF1106" w:rsidTr="008B4592">
        <w:tc>
          <w:tcPr>
            <w:tcW w:w="4815" w:type="dxa"/>
            <w:gridSpan w:val="3"/>
            <w:tcBorders>
              <w:bottom w:val="single" w:sz="4" w:space="0" w:color="auto"/>
            </w:tcBorders>
          </w:tcPr>
          <w:p w:rsidR="008306E9" w:rsidRPr="00FF1106" w:rsidRDefault="00027696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:rsidR="008306E9" w:rsidRPr="00FF1106" w:rsidRDefault="008E113A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rtl/>
                <w:lang w:bidi="he-IL"/>
              </w:rPr>
              <w:t>תוכנ</w:t>
            </w:r>
            <w:r>
              <w:rPr>
                <w:rFonts w:asciiTheme="minorBidi" w:hAnsiTheme="minorBidi" w:hint="cs"/>
                <w:rtl/>
                <w:lang w:bidi="he-IL"/>
              </w:rPr>
              <w:t>ות</w:t>
            </w:r>
            <w:r w:rsidR="008306E9" w:rsidRPr="00FF1106">
              <w:rPr>
                <w:rFonts w:asciiTheme="minorBidi" w:hAnsiTheme="minorBidi"/>
              </w:rPr>
              <w:t xml:space="preserve"> </w:t>
            </w:r>
            <w:r w:rsidR="008306E9" w:rsidRPr="00FF1106">
              <w:rPr>
                <w:rFonts w:asciiTheme="minorBidi" w:hAnsiTheme="minorBidi"/>
                <w:rtl/>
                <w:lang w:bidi="he-IL"/>
              </w:rPr>
              <w:t>נדרשת</w:t>
            </w:r>
          </w:p>
        </w:tc>
      </w:tr>
      <w:tr w:rsidR="00402692" w:rsidRPr="00FF1106" w:rsidTr="008B4592">
        <w:tc>
          <w:tcPr>
            <w:tcW w:w="4815" w:type="dxa"/>
            <w:gridSpan w:val="3"/>
            <w:tcBorders>
              <w:bottom w:val="single" w:sz="4" w:space="0" w:color="auto"/>
            </w:tcBorders>
          </w:tcPr>
          <w:p w:rsidR="00402692" w:rsidRDefault="00402692" w:rsidP="008B4592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:rsidR="00402692" w:rsidRDefault="00402692" w:rsidP="008306E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התייחסות ללוחות מוכנים במידת הצורך</w:t>
            </w:r>
            <w:r w:rsidR="00C1234F">
              <w:rPr>
                <w:rFonts w:asciiTheme="minorBidi" w:hAnsiTheme="minorBidi" w:hint="cs"/>
                <w:rtl/>
                <w:lang w:bidi="he-IL"/>
              </w:rPr>
              <w:t xml:space="preserve">         (</w:t>
            </w:r>
            <w:r>
              <w:rPr>
                <w:rFonts w:asciiTheme="minorBidi" w:hAnsiTheme="minorBidi" w:hint="cs"/>
                <w:rtl/>
                <w:lang w:bidi="he-IL"/>
              </w:rPr>
              <w:t xml:space="preserve"> דיבור/ מנוע דיבור</w:t>
            </w:r>
            <w:r w:rsidR="00C1234F">
              <w:rPr>
                <w:rFonts w:asciiTheme="minorBidi" w:hAnsiTheme="minorBidi" w:hint="cs"/>
                <w:rtl/>
                <w:lang w:bidi="he-IL"/>
              </w:rPr>
              <w:t>)</w:t>
            </w:r>
          </w:p>
        </w:tc>
      </w:tr>
      <w:tr w:rsidR="00402692" w:rsidRPr="00FF1106" w:rsidTr="008B4592">
        <w:tc>
          <w:tcPr>
            <w:tcW w:w="4815" w:type="dxa"/>
            <w:gridSpan w:val="3"/>
            <w:tcBorders>
              <w:bottom w:val="single" w:sz="4" w:space="0" w:color="auto"/>
            </w:tcBorders>
          </w:tcPr>
          <w:p w:rsidR="00402692" w:rsidRDefault="008B4592" w:rsidP="008B4592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:rsidR="00402692" w:rsidRDefault="00402692" w:rsidP="0040269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אביזרי</w:t>
            </w:r>
            <w:r>
              <w:rPr>
                <w:rFonts w:asciiTheme="minorBidi" w:hAnsiTheme="minorBidi" w:hint="cs"/>
                <w:lang w:bidi="he-IL"/>
              </w:rPr>
              <w:t xml:space="preserve"> </w:t>
            </w:r>
            <w:r>
              <w:rPr>
                <w:rFonts w:asciiTheme="minorBidi" w:hAnsiTheme="minorBidi" w:hint="cs"/>
                <w:rtl/>
                <w:lang w:bidi="he-IL"/>
              </w:rPr>
              <w:t>נגישות (עמוד/ עמוד שולחני עם זרוע בלבד)</w:t>
            </w:r>
          </w:p>
        </w:tc>
      </w:tr>
      <w:tr w:rsidR="00C1234F" w:rsidRPr="00FF1106" w:rsidTr="008B4592">
        <w:tc>
          <w:tcPr>
            <w:tcW w:w="4815" w:type="dxa"/>
            <w:gridSpan w:val="3"/>
            <w:tcBorders>
              <w:bottom w:val="single" w:sz="4" w:space="0" w:color="auto"/>
            </w:tcBorders>
          </w:tcPr>
          <w:p w:rsidR="00C1234F" w:rsidRDefault="00C1234F" w:rsidP="008B4592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:rsidR="00C1234F" w:rsidRDefault="00C1234F" w:rsidP="0040269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אחר</w:t>
            </w:r>
          </w:p>
        </w:tc>
      </w:tr>
      <w:tr w:rsidR="00C1234F" w:rsidRPr="00FF1106" w:rsidTr="00C1234F">
        <w:trPr>
          <w:trHeight w:val="279"/>
        </w:trPr>
        <w:tc>
          <w:tcPr>
            <w:tcW w:w="8926" w:type="dxa"/>
            <w:gridSpan w:val="5"/>
          </w:tcPr>
          <w:p w:rsidR="00C1234F" w:rsidRPr="008B4592" w:rsidRDefault="00C1234F" w:rsidP="00C1234F">
            <w:pPr>
              <w:pBdr>
                <w:top w:val="single" w:sz="4" w:space="1" w:color="auto"/>
                <w:left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מפגש ההנגשה נערך על ידי:</w:t>
            </w:r>
            <w:r>
              <w:rPr>
                <w:rFonts w:asciiTheme="minorBidi" w:hAnsiTheme="minorBidi"/>
                <w:lang w:bidi="he-IL"/>
              </w:rPr>
              <w:t xml:space="preserve">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  <w:r>
              <w:rPr>
                <w:rFonts w:asciiTheme="minorBidi" w:hAnsiTheme="minorBidi" w:hint="cs"/>
                <w:rtl/>
                <w:lang w:bidi="he-IL"/>
              </w:rPr>
              <w:t xml:space="preserve">                בתאריך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C1234F" w:rsidRPr="00FF1106" w:rsidTr="00C1234F">
        <w:trPr>
          <w:trHeight w:val="279"/>
        </w:trPr>
        <w:tc>
          <w:tcPr>
            <w:tcW w:w="8926" w:type="dxa"/>
            <w:gridSpan w:val="5"/>
          </w:tcPr>
          <w:p w:rsidR="00C1234F" w:rsidRDefault="00C1234F" w:rsidP="00C1234F">
            <w:pPr>
              <w:pBdr>
                <w:top w:val="single" w:sz="4" w:space="1" w:color="auto"/>
                <w:left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מקום המפגש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EB0E8C" w:rsidRPr="00FF1106" w:rsidTr="008B4592">
        <w:tc>
          <w:tcPr>
            <w:tcW w:w="8926" w:type="dxa"/>
            <w:gridSpan w:val="5"/>
            <w:tcBorders>
              <w:top w:val="single" w:sz="4" w:space="0" w:color="auto"/>
            </w:tcBorders>
          </w:tcPr>
          <w:p w:rsidR="00C1234F" w:rsidRDefault="00C1234F" w:rsidP="00C1234F">
            <w:pPr>
              <w:bidi/>
              <w:spacing w:after="0" w:line="240" w:lineRule="auto"/>
              <w:rPr>
                <w:rFonts w:asciiTheme="minorBidi" w:hAnsiTheme="minorBidi"/>
                <w:b/>
                <w:bCs/>
                <w:rtl/>
                <w:lang w:bidi="he-IL"/>
              </w:rPr>
            </w:pPr>
          </w:p>
          <w:p w:rsidR="00CF46D2" w:rsidRDefault="00EB0E8C" w:rsidP="00C1234F">
            <w:pPr>
              <w:bidi/>
              <w:spacing w:after="0" w:line="24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  <w:lang w:bidi="he-IL"/>
              </w:rPr>
              <w:t>*</w:t>
            </w:r>
            <w:r w:rsidRPr="00EB0E8C">
              <w:rPr>
                <w:rFonts w:asciiTheme="minorBidi" w:hAnsiTheme="minorBidi" w:hint="cs"/>
                <w:b/>
                <w:bCs/>
                <w:rtl/>
                <w:lang w:bidi="he-IL"/>
              </w:rPr>
              <w:t>נא לצרף מסמכים המסכמים את מפגש ההנגשה</w:t>
            </w:r>
          </w:p>
          <w:p w:rsidR="00CF46D2" w:rsidRPr="00EB0E8C" w:rsidRDefault="00CF46D2" w:rsidP="00CF46D2">
            <w:pPr>
              <w:bidi/>
              <w:spacing w:after="0" w:line="240" w:lineRule="auto"/>
              <w:rPr>
                <w:rFonts w:asciiTheme="minorBidi" w:hAnsiTheme="minorBidi"/>
                <w:b/>
                <w:bCs/>
                <w:lang w:bidi="he-IL"/>
              </w:rPr>
            </w:pPr>
          </w:p>
        </w:tc>
      </w:tr>
      <w:tr w:rsidR="00C1234F" w:rsidRPr="00FF1106" w:rsidTr="00C1234F">
        <w:tc>
          <w:tcPr>
            <w:tcW w:w="89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1234F" w:rsidRDefault="00C1234F" w:rsidP="00EB0E8C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איש מקצועי המלווה את המשתמש בטיפול תת"ח</w:t>
            </w:r>
          </w:p>
        </w:tc>
      </w:tr>
      <w:tr w:rsidR="008306E9" w:rsidRPr="00FF1106" w:rsidTr="008B4592"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8C" w:rsidRPr="00FF1106" w:rsidRDefault="00EB0E8C" w:rsidP="009468FB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תעודת זהות(</w:t>
            </w:r>
            <w:r w:rsidRPr="00EB0E8C">
              <w:rPr>
                <w:rFonts w:asciiTheme="minorBidi" w:hAnsiTheme="minorBidi" w:hint="cs"/>
                <w:b/>
                <w:bCs/>
                <w:rtl/>
                <w:lang w:bidi="he-IL"/>
              </w:rPr>
              <w:t>חובה</w:t>
            </w:r>
            <w:r>
              <w:rPr>
                <w:rFonts w:asciiTheme="minorBidi" w:hAnsiTheme="minorBidi" w:hint="cs"/>
                <w:rtl/>
                <w:lang w:bidi="he-IL"/>
              </w:rPr>
              <w:t>)</w:t>
            </w:r>
            <w:r w:rsidR="009468FB">
              <w:rPr>
                <w:rFonts w:asciiTheme="minorBidi" w:hAnsiTheme="minorBidi" w:hint="cs"/>
                <w:rtl/>
                <w:lang w:bidi="he-IL"/>
              </w:rPr>
              <w:t xml:space="preserve"> </w:t>
            </w:r>
            <w:r w:rsidR="009468FB"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9468FB">
              <w:rPr>
                <w:rFonts w:asciiTheme="minorBidi" w:hAnsiTheme="minorBidi"/>
                <w:lang w:bidi="he-IL"/>
              </w:rPr>
              <w:instrText xml:space="preserve"> </w:instrText>
            </w:r>
            <w:r w:rsidR="009468FB">
              <w:rPr>
                <w:rFonts w:asciiTheme="minorBidi" w:hAnsiTheme="minorBidi" w:hint="cs"/>
                <w:lang w:bidi="he-IL"/>
              </w:rPr>
              <w:instrText>FORMTEXT</w:instrText>
            </w:r>
            <w:r w:rsidR="009468FB">
              <w:rPr>
                <w:rFonts w:asciiTheme="minorBidi" w:hAnsiTheme="minorBidi"/>
                <w:lang w:bidi="he-IL"/>
              </w:rPr>
              <w:instrText xml:space="preserve"> </w:instrText>
            </w:r>
            <w:r w:rsidR="009468FB">
              <w:rPr>
                <w:rFonts w:asciiTheme="minorBidi" w:hAnsiTheme="minorBidi"/>
                <w:lang w:bidi="he-IL"/>
              </w:rPr>
            </w:r>
            <w:r w:rsidR="009468FB">
              <w:rPr>
                <w:rFonts w:asciiTheme="minorBidi" w:hAnsiTheme="minorBidi"/>
                <w:lang w:bidi="he-IL"/>
              </w:rPr>
              <w:fldChar w:fldCharType="separate"/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6E9" w:rsidRDefault="00EB0E8C" w:rsidP="00EB0E8C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שם:</w:t>
            </w:r>
            <w:r w:rsidR="00027696">
              <w:rPr>
                <w:rFonts w:asciiTheme="minorBidi" w:hAnsiTheme="minorBidi"/>
                <w:lang w:bidi="he-IL"/>
              </w:rPr>
              <w:t xml:space="preserve"> </w:t>
            </w:r>
            <w:r w:rsidR="00027696"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027696">
              <w:rPr>
                <w:rFonts w:asciiTheme="minorBidi" w:hAnsiTheme="minorBidi"/>
                <w:lang w:bidi="he-IL"/>
              </w:rPr>
              <w:instrText xml:space="preserve"> </w:instrText>
            </w:r>
            <w:r w:rsidR="00027696">
              <w:rPr>
                <w:rFonts w:asciiTheme="minorBidi" w:hAnsiTheme="minorBidi" w:hint="cs"/>
                <w:lang w:bidi="he-IL"/>
              </w:rPr>
              <w:instrText>FORMTEXT</w:instrText>
            </w:r>
            <w:r w:rsidR="00027696">
              <w:rPr>
                <w:rFonts w:asciiTheme="minorBidi" w:hAnsiTheme="minorBidi"/>
                <w:lang w:bidi="he-IL"/>
              </w:rPr>
              <w:instrText xml:space="preserve"> </w:instrText>
            </w:r>
            <w:r w:rsidR="00027696">
              <w:rPr>
                <w:rFonts w:asciiTheme="minorBidi" w:hAnsiTheme="minorBidi"/>
                <w:lang w:bidi="he-IL"/>
              </w:rPr>
            </w:r>
            <w:r w:rsidR="00027696">
              <w:rPr>
                <w:rFonts w:asciiTheme="minorBidi" w:hAnsiTheme="minorBidi"/>
                <w:lang w:bidi="he-IL"/>
              </w:rPr>
              <w:fldChar w:fldCharType="separate"/>
            </w:r>
            <w:r w:rsidR="00027696">
              <w:rPr>
                <w:rFonts w:asciiTheme="minorBidi" w:hAnsiTheme="minorBidi"/>
                <w:noProof/>
                <w:lang w:bidi="he-IL"/>
              </w:rPr>
              <w:t> </w:t>
            </w:r>
            <w:r w:rsidR="00027696">
              <w:rPr>
                <w:rFonts w:asciiTheme="minorBidi" w:hAnsiTheme="minorBidi"/>
                <w:noProof/>
                <w:lang w:bidi="he-IL"/>
              </w:rPr>
              <w:t> </w:t>
            </w:r>
            <w:r w:rsidR="00027696">
              <w:rPr>
                <w:rFonts w:asciiTheme="minorBidi" w:hAnsiTheme="minorBidi"/>
                <w:noProof/>
                <w:lang w:bidi="he-IL"/>
              </w:rPr>
              <w:t> </w:t>
            </w:r>
            <w:r w:rsidR="00027696">
              <w:rPr>
                <w:rFonts w:asciiTheme="minorBidi" w:hAnsiTheme="minorBidi"/>
                <w:noProof/>
                <w:lang w:bidi="he-IL"/>
              </w:rPr>
              <w:t> </w:t>
            </w:r>
            <w:r w:rsidR="00027696">
              <w:rPr>
                <w:rFonts w:asciiTheme="minorBidi" w:hAnsiTheme="minorBidi"/>
                <w:noProof/>
                <w:lang w:bidi="he-IL"/>
              </w:rPr>
              <w:t> </w:t>
            </w:r>
            <w:r w:rsidR="00027696">
              <w:rPr>
                <w:rFonts w:asciiTheme="minorBidi" w:hAnsiTheme="minorBidi"/>
                <w:lang w:bidi="he-IL"/>
              </w:rPr>
              <w:fldChar w:fldCharType="end"/>
            </w:r>
          </w:p>
          <w:p w:rsidR="00EB0E8C" w:rsidRPr="00FF1106" w:rsidRDefault="00EB0E8C" w:rsidP="00EB0E8C">
            <w:pPr>
              <w:bidi/>
              <w:spacing w:after="0" w:line="240" w:lineRule="auto"/>
              <w:rPr>
                <w:rFonts w:asciiTheme="minorBidi" w:hAnsiTheme="minorBidi"/>
              </w:rPr>
            </w:pPr>
          </w:p>
        </w:tc>
      </w:tr>
      <w:tr w:rsidR="008306E9" w:rsidRPr="00FF1106" w:rsidTr="008B4592"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6E9" w:rsidRDefault="00EB0E8C" w:rsidP="00EB0E8C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lastRenderedPageBreak/>
              <w:t>טלפון ני</w:t>
            </w:r>
            <w:r w:rsidR="009468FB">
              <w:rPr>
                <w:rFonts w:asciiTheme="minorBidi" w:hAnsiTheme="minorBidi" w:hint="cs"/>
                <w:rtl/>
                <w:lang w:bidi="he-IL"/>
              </w:rPr>
              <w:t>י</w:t>
            </w:r>
            <w:r>
              <w:rPr>
                <w:rFonts w:asciiTheme="minorBidi" w:hAnsiTheme="minorBidi" w:hint="cs"/>
                <w:rtl/>
                <w:lang w:bidi="he-IL"/>
              </w:rPr>
              <w:t>ד</w:t>
            </w:r>
            <w:r w:rsidR="009468FB">
              <w:rPr>
                <w:rFonts w:asciiTheme="minorBidi" w:hAnsiTheme="minorBidi" w:hint="cs"/>
                <w:rtl/>
                <w:lang w:bidi="he-IL"/>
              </w:rPr>
              <w:t xml:space="preserve"> </w:t>
            </w:r>
            <w:r w:rsidR="009468FB"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9468FB">
              <w:rPr>
                <w:rFonts w:asciiTheme="minorBidi" w:hAnsiTheme="minorBidi"/>
                <w:lang w:bidi="he-IL"/>
              </w:rPr>
              <w:instrText xml:space="preserve"> </w:instrText>
            </w:r>
            <w:r w:rsidR="009468FB">
              <w:rPr>
                <w:rFonts w:asciiTheme="minorBidi" w:hAnsiTheme="minorBidi" w:hint="cs"/>
                <w:lang w:bidi="he-IL"/>
              </w:rPr>
              <w:instrText>FORMTEXT</w:instrText>
            </w:r>
            <w:r w:rsidR="009468FB">
              <w:rPr>
                <w:rFonts w:asciiTheme="minorBidi" w:hAnsiTheme="minorBidi"/>
                <w:lang w:bidi="he-IL"/>
              </w:rPr>
              <w:instrText xml:space="preserve"> </w:instrText>
            </w:r>
            <w:r w:rsidR="009468FB">
              <w:rPr>
                <w:rFonts w:asciiTheme="minorBidi" w:hAnsiTheme="minorBidi"/>
                <w:lang w:bidi="he-IL"/>
              </w:rPr>
            </w:r>
            <w:r w:rsidR="009468FB">
              <w:rPr>
                <w:rFonts w:asciiTheme="minorBidi" w:hAnsiTheme="minorBidi"/>
                <w:lang w:bidi="he-IL"/>
              </w:rPr>
              <w:fldChar w:fldCharType="separate"/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lang w:bidi="he-IL"/>
              </w:rPr>
              <w:fldChar w:fldCharType="end"/>
            </w:r>
          </w:p>
          <w:p w:rsidR="00EB0E8C" w:rsidRPr="00FF1106" w:rsidRDefault="00EB0E8C" w:rsidP="00EB0E8C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8C" w:rsidRPr="00FF1106" w:rsidRDefault="00EB0E8C" w:rsidP="009468FB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מקצוע</w:t>
            </w:r>
            <w:r w:rsidR="009468FB">
              <w:rPr>
                <w:rFonts w:asciiTheme="minorBidi" w:hAnsiTheme="minorBidi" w:hint="cs"/>
                <w:rtl/>
                <w:lang w:bidi="he-IL"/>
              </w:rPr>
              <w:t xml:space="preserve"> </w:t>
            </w:r>
            <w:r w:rsidR="009468FB"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9468FB">
              <w:rPr>
                <w:rFonts w:asciiTheme="minorBidi" w:hAnsiTheme="minorBidi"/>
                <w:lang w:bidi="he-IL"/>
              </w:rPr>
              <w:instrText xml:space="preserve"> </w:instrText>
            </w:r>
            <w:r w:rsidR="009468FB">
              <w:rPr>
                <w:rFonts w:asciiTheme="minorBidi" w:hAnsiTheme="minorBidi" w:hint="cs"/>
                <w:lang w:bidi="he-IL"/>
              </w:rPr>
              <w:instrText>FORMTEXT</w:instrText>
            </w:r>
            <w:r w:rsidR="009468FB">
              <w:rPr>
                <w:rFonts w:asciiTheme="minorBidi" w:hAnsiTheme="minorBidi"/>
                <w:lang w:bidi="he-IL"/>
              </w:rPr>
              <w:instrText xml:space="preserve"> </w:instrText>
            </w:r>
            <w:r w:rsidR="009468FB">
              <w:rPr>
                <w:rFonts w:asciiTheme="minorBidi" w:hAnsiTheme="minorBidi"/>
                <w:lang w:bidi="he-IL"/>
              </w:rPr>
            </w:r>
            <w:r w:rsidR="009468FB">
              <w:rPr>
                <w:rFonts w:asciiTheme="minorBidi" w:hAnsiTheme="minorBidi"/>
                <w:lang w:bidi="he-IL"/>
              </w:rPr>
              <w:fldChar w:fldCharType="separate"/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C1234F" w:rsidRPr="00FF1106" w:rsidTr="008A1433">
        <w:tc>
          <w:tcPr>
            <w:tcW w:w="89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F" w:rsidRPr="00FF1106" w:rsidRDefault="00C1234F" w:rsidP="00C1234F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כתובת מייל(נא למלא באותיות גדולות וברורות)  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8306E9" w:rsidRPr="00FF1106" w:rsidTr="008B4592"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6E9" w:rsidRDefault="008306E9" w:rsidP="00EB0E8C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</w:p>
          <w:p w:rsidR="00EB0E8C" w:rsidRDefault="00EB0E8C" w:rsidP="00EB0E8C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טלפון:</w:t>
            </w:r>
            <w:r w:rsidR="009468FB">
              <w:rPr>
                <w:rFonts w:asciiTheme="minorBidi" w:hAnsiTheme="minorBidi"/>
                <w:lang w:bidi="he-IL"/>
              </w:rPr>
              <w:t xml:space="preserve"> </w:t>
            </w:r>
            <w:r w:rsidR="009468FB"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9468FB">
              <w:rPr>
                <w:rFonts w:asciiTheme="minorBidi" w:hAnsiTheme="minorBidi"/>
                <w:lang w:bidi="he-IL"/>
              </w:rPr>
              <w:instrText xml:space="preserve"> </w:instrText>
            </w:r>
            <w:r w:rsidR="009468FB">
              <w:rPr>
                <w:rFonts w:asciiTheme="minorBidi" w:hAnsiTheme="minorBidi" w:hint="cs"/>
                <w:lang w:bidi="he-IL"/>
              </w:rPr>
              <w:instrText>FORMTEXT</w:instrText>
            </w:r>
            <w:r w:rsidR="009468FB">
              <w:rPr>
                <w:rFonts w:asciiTheme="minorBidi" w:hAnsiTheme="minorBidi"/>
                <w:lang w:bidi="he-IL"/>
              </w:rPr>
              <w:instrText xml:space="preserve"> </w:instrText>
            </w:r>
            <w:r w:rsidR="009468FB">
              <w:rPr>
                <w:rFonts w:asciiTheme="minorBidi" w:hAnsiTheme="minorBidi"/>
                <w:lang w:bidi="he-IL"/>
              </w:rPr>
            </w:r>
            <w:r w:rsidR="009468FB">
              <w:rPr>
                <w:rFonts w:asciiTheme="minorBidi" w:hAnsiTheme="minorBidi"/>
                <w:lang w:bidi="he-IL"/>
              </w:rPr>
              <w:fldChar w:fldCharType="separate"/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lang w:bidi="he-IL"/>
              </w:rPr>
              <w:fldChar w:fldCharType="end"/>
            </w:r>
          </w:p>
          <w:p w:rsidR="00C1234F" w:rsidRPr="00C1234F" w:rsidRDefault="00C1234F" w:rsidP="00C1234F">
            <w:pPr>
              <w:bidi/>
              <w:spacing w:after="0" w:line="240" w:lineRule="auto"/>
              <w:rPr>
                <w:rFonts w:asciiTheme="minorBidi" w:hAnsiTheme="minorBidi"/>
                <w:sz w:val="10"/>
                <w:szCs w:val="10"/>
                <w:rtl/>
                <w:lang w:bidi="he-IL"/>
              </w:rPr>
            </w:pPr>
          </w:p>
          <w:p w:rsidR="00C1234F" w:rsidRPr="00FF1106" w:rsidRDefault="00C1234F" w:rsidP="00C1234F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טלפון:</w:t>
            </w:r>
            <w:r>
              <w:rPr>
                <w:rFonts w:asciiTheme="minorBidi" w:hAnsiTheme="minorBidi"/>
                <w:lang w:bidi="he-IL"/>
              </w:rPr>
              <w:t xml:space="preserve">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6E9" w:rsidRDefault="00EB0E8C" w:rsidP="00EB0E8C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/>
                <w:rtl/>
                <w:lang w:bidi="he-IL"/>
              </w:rPr>
              <w:t>מקו</w:t>
            </w:r>
            <w:r>
              <w:rPr>
                <w:rFonts w:asciiTheme="minorBidi" w:hAnsiTheme="minorBidi" w:hint="cs"/>
                <w:rtl/>
                <w:lang w:bidi="he-IL"/>
              </w:rPr>
              <w:t>מות עבודה</w:t>
            </w:r>
          </w:p>
          <w:p w:rsidR="00EB0E8C" w:rsidRDefault="00EB0E8C" w:rsidP="00EB0E8C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1.</w:t>
            </w:r>
            <w:r w:rsidR="00C1234F">
              <w:rPr>
                <w:rFonts w:asciiTheme="minorBidi" w:hAnsiTheme="minorBidi" w:hint="cs"/>
                <w:rtl/>
                <w:lang w:bidi="he-IL"/>
              </w:rPr>
              <w:t xml:space="preserve"> </w:t>
            </w:r>
            <w:r w:rsidR="009468FB">
              <w:rPr>
                <w:rFonts w:asciiTheme="minorBidi" w:hAnsiTheme="minorBidi"/>
                <w:lang w:bidi="he-IL"/>
              </w:rPr>
              <w:t xml:space="preserve"> </w:t>
            </w:r>
            <w:r w:rsidR="009468FB"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9468FB">
              <w:rPr>
                <w:rFonts w:asciiTheme="minorBidi" w:hAnsiTheme="minorBidi"/>
                <w:lang w:bidi="he-IL"/>
              </w:rPr>
              <w:instrText xml:space="preserve"> </w:instrText>
            </w:r>
            <w:r w:rsidR="009468FB">
              <w:rPr>
                <w:rFonts w:asciiTheme="minorBidi" w:hAnsiTheme="minorBidi" w:hint="cs"/>
                <w:lang w:bidi="he-IL"/>
              </w:rPr>
              <w:instrText>FORMTEXT</w:instrText>
            </w:r>
            <w:r w:rsidR="009468FB">
              <w:rPr>
                <w:rFonts w:asciiTheme="minorBidi" w:hAnsiTheme="minorBidi"/>
                <w:lang w:bidi="he-IL"/>
              </w:rPr>
              <w:instrText xml:space="preserve"> </w:instrText>
            </w:r>
            <w:r w:rsidR="009468FB">
              <w:rPr>
                <w:rFonts w:asciiTheme="minorBidi" w:hAnsiTheme="minorBidi"/>
                <w:lang w:bidi="he-IL"/>
              </w:rPr>
            </w:r>
            <w:r w:rsidR="009468FB">
              <w:rPr>
                <w:rFonts w:asciiTheme="minorBidi" w:hAnsiTheme="minorBidi"/>
                <w:lang w:bidi="he-IL"/>
              </w:rPr>
              <w:fldChar w:fldCharType="separate"/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noProof/>
                <w:lang w:bidi="he-IL"/>
              </w:rPr>
              <w:t> </w:t>
            </w:r>
            <w:r w:rsidR="009468FB">
              <w:rPr>
                <w:rFonts w:asciiTheme="minorBidi" w:hAnsiTheme="minorBidi"/>
                <w:lang w:bidi="he-IL"/>
              </w:rPr>
              <w:fldChar w:fldCharType="end"/>
            </w:r>
          </w:p>
          <w:p w:rsidR="00C1234F" w:rsidRPr="00C1234F" w:rsidRDefault="00C1234F" w:rsidP="00C1234F">
            <w:pPr>
              <w:bidi/>
              <w:spacing w:after="0" w:line="240" w:lineRule="auto"/>
              <w:rPr>
                <w:rFonts w:asciiTheme="minorBidi" w:hAnsiTheme="minorBidi"/>
                <w:sz w:val="10"/>
                <w:szCs w:val="10"/>
                <w:rtl/>
                <w:lang w:bidi="he-IL"/>
              </w:rPr>
            </w:pPr>
          </w:p>
          <w:p w:rsidR="00C1234F" w:rsidRPr="00FF1106" w:rsidRDefault="00C1234F" w:rsidP="00C1234F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2.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C1234F" w:rsidRPr="00FF1106" w:rsidTr="008A1433">
        <w:tc>
          <w:tcPr>
            <w:tcW w:w="89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F" w:rsidRPr="00FF1106" w:rsidRDefault="00C1234F" w:rsidP="00C1234F">
            <w:pPr>
              <w:pBdr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בהשאלת מערכת מיקוד מבט בלבד, יש למלא את הפרטים הבאים:</w:t>
            </w:r>
          </w:p>
        </w:tc>
      </w:tr>
      <w:tr w:rsidR="00C1234F" w:rsidRPr="00FF1106" w:rsidTr="00C1234F"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F" w:rsidRDefault="00C1234F" w:rsidP="00C1234F">
            <w:pPr>
              <w:pBdr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F" w:rsidRPr="00C4207F" w:rsidRDefault="00C1234F" w:rsidP="00C1234F">
            <w:pPr>
              <w:bidi/>
            </w:pPr>
            <w:r w:rsidRPr="00C4207F">
              <w:rPr>
                <w:rFonts w:hint="cs"/>
                <w:rtl/>
                <w:lang w:bidi="he-IL"/>
              </w:rPr>
              <w:t>שם</w:t>
            </w:r>
            <w:r w:rsidRPr="00C4207F">
              <w:rPr>
                <w:rtl/>
                <w:lang w:bidi="he-IL"/>
              </w:rPr>
              <w:t xml:space="preserve"> </w:t>
            </w:r>
            <w:r w:rsidRPr="00C4207F">
              <w:rPr>
                <w:rFonts w:hint="cs"/>
                <w:rtl/>
                <w:lang w:bidi="he-IL"/>
              </w:rPr>
              <w:t>מרפא</w:t>
            </w:r>
            <w:r w:rsidRPr="00C4207F">
              <w:rPr>
                <w:rtl/>
                <w:lang w:bidi="he-IL"/>
              </w:rPr>
              <w:t>/</w:t>
            </w:r>
            <w:r w:rsidRPr="00C4207F">
              <w:rPr>
                <w:rFonts w:hint="cs"/>
                <w:rtl/>
                <w:lang w:bidi="he-IL"/>
              </w:rPr>
              <w:t>ה</w:t>
            </w:r>
            <w:r w:rsidRPr="00C4207F">
              <w:rPr>
                <w:rtl/>
                <w:lang w:bidi="he-IL"/>
              </w:rPr>
              <w:t xml:space="preserve"> </w:t>
            </w:r>
            <w:r w:rsidRPr="00C4207F">
              <w:rPr>
                <w:rFonts w:hint="cs"/>
                <w:rtl/>
                <w:lang w:bidi="he-IL"/>
              </w:rPr>
              <w:t>בעיסוק</w:t>
            </w:r>
            <w:r w:rsidRPr="00C4207F">
              <w:rPr>
                <w:rtl/>
                <w:lang w:bidi="he-IL"/>
              </w:rPr>
              <w:t xml:space="preserve"> </w:t>
            </w:r>
            <w:r w:rsidRPr="00C4207F">
              <w:rPr>
                <w:rFonts w:hint="cs"/>
                <w:rtl/>
                <w:lang w:bidi="he-IL"/>
              </w:rPr>
              <w:t>מלווה</w:t>
            </w:r>
            <w:r w:rsidRPr="00C4207F">
              <w:t>:</w:t>
            </w:r>
          </w:p>
        </w:tc>
      </w:tr>
      <w:tr w:rsidR="00C1234F" w:rsidRPr="00FF1106" w:rsidTr="00C1234F"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F" w:rsidRDefault="00C1234F" w:rsidP="00C1234F">
            <w:pPr>
              <w:pBdr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F" w:rsidRPr="00C4207F" w:rsidRDefault="00C1234F" w:rsidP="00C1234F">
            <w:pPr>
              <w:bidi/>
            </w:pPr>
            <w:r w:rsidRPr="00C4207F">
              <w:rPr>
                <w:rFonts w:hint="cs"/>
                <w:rtl/>
                <w:lang w:bidi="he-IL"/>
              </w:rPr>
              <w:t>ת</w:t>
            </w:r>
            <w:r w:rsidRPr="00C4207F">
              <w:rPr>
                <w:rtl/>
                <w:lang w:bidi="he-IL"/>
              </w:rPr>
              <w:t>.</w:t>
            </w:r>
            <w:r w:rsidRPr="00C4207F">
              <w:rPr>
                <w:rFonts w:hint="cs"/>
                <w:rtl/>
                <w:lang w:bidi="he-IL"/>
              </w:rPr>
              <w:t>ז</w:t>
            </w:r>
          </w:p>
        </w:tc>
      </w:tr>
      <w:tr w:rsidR="00C1234F" w:rsidRPr="00FF1106" w:rsidTr="00C1234F"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F" w:rsidRDefault="00C1234F" w:rsidP="00C1234F">
            <w:pPr>
              <w:pBdr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F" w:rsidRPr="00C4207F" w:rsidRDefault="00C1234F" w:rsidP="00C1234F">
            <w:pPr>
              <w:bidi/>
            </w:pPr>
            <w:r w:rsidRPr="00C4207F">
              <w:rPr>
                <w:rFonts w:hint="cs"/>
                <w:rtl/>
                <w:lang w:bidi="he-IL"/>
              </w:rPr>
              <w:t>טלפון</w:t>
            </w:r>
          </w:p>
        </w:tc>
      </w:tr>
      <w:tr w:rsidR="00C1234F" w:rsidRPr="00FF1106" w:rsidTr="00C1234F"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F" w:rsidRDefault="00C1234F" w:rsidP="00C1234F">
            <w:pPr>
              <w:pBdr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F" w:rsidRDefault="00C1234F" w:rsidP="00C1234F">
            <w:pPr>
              <w:bidi/>
            </w:pPr>
            <w:r w:rsidRPr="00C4207F">
              <w:rPr>
                <w:rFonts w:hint="cs"/>
                <w:rtl/>
                <w:lang w:bidi="he-IL"/>
              </w:rPr>
              <w:t>מייל</w:t>
            </w:r>
          </w:p>
        </w:tc>
      </w:tr>
    </w:tbl>
    <w:p w:rsidR="0032508B" w:rsidRPr="008E2190" w:rsidRDefault="0032508B" w:rsidP="008E2190">
      <w:pPr>
        <w:bidi/>
        <w:rPr>
          <w:rFonts w:asciiTheme="minorBidi" w:hAnsiTheme="minorBidi"/>
          <w:b/>
          <w:bCs/>
          <w:color w:val="000000" w:themeColor="text1"/>
          <w:rtl/>
          <w:lang w:bidi="he-IL"/>
        </w:rPr>
      </w:pPr>
      <w:r w:rsidRPr="0032508B">
        <w:rPr>
          <w:rFonts w:asciiTheme="minorBidi" w:hAnsiTheme="minorBidi" w:hint="cs"/>
          <w:b/>
          <w:bCs/>
          <w:color w:val="000000" w:themeColor="text1"/>
          <w:rtl/>
          <w:lang w:bidi="he-IL"/>
        </w:rPr>
        <w:t>רשימת פריטים למערכת</w:t>
      </w:r>
    </w:p>
    <w:tbl>
      <w:tblPr>
        <w:tblStyle w:val="aff2"/>
        <w:tblpPr w:leftFromText="180" w:rightFromText="180" w:vertAnchor="text" w:tblpY="1"/>
        <w:tblOverlap w:val="never"/>
        <w:bidiVisual/>
        <w:tblW w:w="0" w:type="auto"/>
        <w:tblLook w:val="04A0" w:firstRow="1" w:lastRow="0" w:firstColumn="1" w:lastColumn="0" w:noHBand="0" w:noVBand="1"/>
      </w:tblPr>
      <w:tblGrid>
        <w:gridCol w:w="1015"/>
        <w:gridCol w:w="2350"/>
        <w:gridCol w:w="556"/>
        <w:gridCol w:w="1781"/>
        <w:gridCol w:w="2086"/>
        <w:gridCol w:w="842"/>
      </w:tblGrid>
      <w:tr w:rsidR="0022123C" w:rsidRPr="0022123C" w:rsidTr="008E2190">
        <w:tc>
          <w:tcPr>
            <w:tcW w:w="1015" w:type="dxa"/>
            <w:vMerge w:val="restart"/>
            <w:shd w:val="clear" w:color="auto" w:fill="F2F2F2" w:themeFill="background1" w:themeFillShade="F2"/>
            <w:vAlign w:val="center"/>
          </w:tcPr>
          <w:p w:rsidR="0022123C" w:rsidRPr="00BA07C6" w:rsidRDefault="0022123C" w:rsidP="00E86114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  <w:r w:rsidRPr="00BA07C6"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מחשבים</w:t>
            </w:r>
          </w:p>
        </w:tc>
        <w:tc>
          <w:tcPr>
            <w:tcW w:w="2350" w:type="dxa"/>
            <w:shd w:val="clear" w:color="auto" w:fill="F2F2F2" w:themeFill="background1" w:themeFillShade="F2"/>
            <w:vAlign w:val="center"/>
          </w:tcPr>
          <w:p w:rsidR="0022123C" w:rsidRPr="00BA07C6" w:rsidRDefault="0022123C" w:rsidP="00E86114">
            <w:pPr>
              <w:bidi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  <w:t xml:space="preserve">טאבלט מוקשח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  <w:t xml:space="preserve">10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  <w:t>אינץ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14515167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F2F2F2" w:themeFill="background1" w:themeFillShade="F2"/>
                <w:vAlign w:val="center"/>
              </w:tcPr>
              <w:p w:rsidR="0022123C" w:rsidRPr="00BA07C6" w:rsidRDefault="00D34F3D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 w:val="restart"/>
            <w:shd w:val="clear" w:color="auto" w:fill="F2F2F2" w:themeFill="background1" w:themeFillShade="F2"/>
            <w:vAlign w:val="center"/>
          </w:tcPr>
          <w:p w:rsidR="0022123C" w:rsidRPr="00BA07C6" w:rsidRDefault="0022123C" w:rsidP="00E86114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אביזרים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נלווים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למחשב</w:t>
            </w:r>
          </w:p>
        </w:tc>
        <w:tc>
          <w:tcPr>
            <w:tcW w:w="2086" w:type="dxa"/>
            <w:shd w:val="clear" w:color="auto" w:fill="auto"/>
            <w:vAlign w:val="center"/>
          </w:tcPr>
          <w:p w:rsidR="0022123C" w:rsidRPr="00BA07C6" w:rsidRDefault="0022123C" w:rsidP="00E86114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תיק נשיאה לטאבלט מוקשח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10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אינץ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13311045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22123C" w:rsidRPr="00BA07C6" w:rsidRDefault="0022123C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22123C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22123C" w:rsidRPr="00BA07C6" w:rsidRDefault="0022123C" w:rsidP="00E86114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22123C" w:rsidRPr="00BA07C6" w:rsidRDefault="0022123C" w:rsidP="00E86114">
            <w:pPr>
              <w:bidi/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  <w:t xml:space="preserve">טאבלט מוקשח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  <w:t xml:space="preserve">12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  <w:t>אינץ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4960280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22123C" w:rsidRPr="00BA07C6" w:rsidRDefault="0022123C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22123C" w:rsidRPr="00BA07C6" w:rsidRDefault="0022123C" w:rsidP="00E86114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22123C" w:rsidRPr="00BA07C6" w:rsidRDefault="0022123C" w:rsidP="00E86114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תיק נשיאה לטאבלט מוקשח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12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אינץ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7927837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22123C" w:rsidRPr="00BA07C6" w:rsidRDefault="0022123C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22123C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22123C" w:rsidRPr="00BA07C6" w:rsidRDefault="0022123C" w:rsidP="00E86114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22123C" w:rsidRPr="00BA07C6" w:rsidRDefault="0022123C" w:rsidP="00E86114">
            <w:pPr>
              <w:bidi/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  <w:t xml:space="preserve">מחשב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  <w:t xml:space="preserve">16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  <w:t xml:space="preserve">אינץ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FLIP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  <w:t xml:space="preserve">-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  <w:t xml:space="preserve">מעבד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i5, 16 RAM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14457595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22123C" w:rsidRPr="00BA07C6" w:rsidRDefault="0022123C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22123C" w:rsidRPr="00BA07C6" w:rsidRDefault="0022123C" w:rsidP="00E86114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22123C" w:rsidRPr="00BA07C6" w:rsidRDefault="0022123C" w:rsidP="00E86114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רמקול אלחוטי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8895740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22123C" w:rsidRPr="00BA07C6" w:rsidRDefault="0022123C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22123C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22123C" w:rsidRPr="00BA07C6" w:rsidRDefault="0022123C" w:rsidP="00E86114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22123C" w:rsidRPr="00BA07C6" w:rsidRDefault="0022123C" w:rsidP="00E86114">
            <w:pPr>
              <w:bidi/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  <w:t xml:space="preserve">מחשב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  <w:t xml:space="preserve">14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  <w:t xml:space="preserve">אינץ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FLIP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  <w:t xml:space="preserve">-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  <w:t xml:space="preserve">מעבד </w:t>
            </w:r>
            <w:r w:rsidRPr="00BA07C6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i5, 16 RAM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6561153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22123C" w:rsidRPr="00BA07C6" w:rsidRDefault="0022123C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22123C" w:rsidRPr="00BA07C6" w:rsidRDefault="0022123C" w:rsidP="00E86114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22123C" w:rsidRPr="00BA07C6" w:rsidRDefault="0022123C" w:rsidP="00E86114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עכבר אלחוטי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4612350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22123C" w:rsidRPr="00BA07C6" w:rsidRDefault="00D90CFA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211C05" w:rsidRPr="0022123C" w:rsidTr="008E2190">
        <w:trPr>
          <w:trHeight w:val="726"/>
        </w:trPr>
        <w:tc>
          <w:tcPr>
            <w:tcW w:w="1015" w:type="dxa"/>
            <w:vMerge w:val="restart"/>
            <w:shd w:val="clear" w:color="auto" w:fill="F2F2F2" w:themeFill="background1" w:themeFillShade="F2"/>
            <w:vAlign w:val="center"/>
          </w:tcPr>
          <w:p w:rsidR="00211C05" w:rsidRPr="00BA07C6" w:rsidRDefault="00211C05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</w:rPr>
            </w:pP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תקשורת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דרך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תנועות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עיניים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וחיווי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קולי</w:t>
            </w:r>
          </w:p>
          <w:p w:rsidR="00211C05" w:rsidRPr="00BA07C6" w:rsidRDefault="00211C05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ללא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תלות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במחשב</w:t>
            </w:r>
          </w:p>
        </w:tc>
        <w:tc>
          <w:tcPr>
            <w:tcW w:w="2350" w:type="dxa"/>
            <w:vMerge w:val="restart"/>
            <w:shd w:val="clear" w:color="auto" w:fill="auto"/>
            <w:vAlign w:val="center"/>
          </w:tcPr>
          <w:p w:rsidR="00211C05" w:rsidRPr="00BA07C6" w:rsidRDefault="00211C05" w:rsidP="00E86114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EYECONTROL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1069738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vMerge w:val="restart"/>
                <w:shd w:val="clear" w:color="auto" w:fill="auto"/>
                <w:vAlign w:val="center"/>
              </w:tcPr>
              <w:p w:rsidR="00211C05" w:rsidRPr="00BA07C6" w:rsidRDefault="00211C05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 w:val="restart"/>
            <w:shd w:val="clear" w:color="auto" w:fill="F2F2F2" w:themeFill="background1" w:themeFillShade="F2"/>
            <w:vAlign w:val="center"/>
          </w:tcPr>
          <w:p w:rsidR="00211C05" w:rsidRPr="00BA07C6" w:rsidRDefault="00211C05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מצלמת מיקוד מבט</w:t>
            </w:r>
          </w:p>
        </w:tc>
        <w:tc>
          <w:tcPr>
            <w:tcW w:w="2086" w:type="dxa"/>
            <w:shd w:val="clear" w:color="auto" w:fill="auto"/>
            <w:vAlign w:val="center"/>
          </w:tcPr>
          <w:p w:rsidR="00211C05" w:rsidRPr="00BA07C6" w:rsidRDefault="00211C05" w:rsidP="00E86114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lang w:bidi="he-IL"/>
              </w:rPr>
            </w:pP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lang w:bidi="he-IL"/>
              </w:rPr>
              <w:t>T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lang w:bidi="he-IL"/>
              </w:rPr>
              <w:t>obii_PcEye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1863639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211C05" w:rsidRPr="00BA07C6" w:rsidRDefault="00D90CFA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211C05" w:rsidRPr="0022123C" w:rsidTr="008E2190">
        <w:trPr>
          <w:trHeight w:val="726"/>
        </w:trPr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211C05" w:rsidRPr="00BA07C6" w:rsidRDefault="00211C05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vMerge/>
            <w:shd w:val="clear" w:color="auto" w:fill="auto"/>
            <w:vAlign w:val="center"/>
          </w:tcPr>
          <w:p w:rsidR="00211C05" w:rsidRPr="00BA07C6" w:rsidRDefault="00211C05" w:rsidP="00E86114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vMerge/>
            <w:shd w:val="clear" w:color="auto" w:fill="auto"/>
            <w:vAlign w:val="center"/>
          </w:tcPr>
          <w:p w:rsidR="00211C05" w:rsidRDefault="00211C05" w:rsidP="00E86114">
            <w:pPr>
              <w:bidi/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211C05" w:rsidRPr="00BA07C6" w:rsidRDefault="00211C05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211C05" w:rsidRPr="00BA07C6" w:rsidDel="00211C05" w:rsidRDefault="00211C05" w:rsidP="00E86114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lang w:bidi="he-IL"/>
              </w:rPr>
              <w:t>ALEA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18981606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211C05" w:rsidRDefault="00D90CFA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9468FB" w:rsidRPr="0022123C" w:rsidTr="008E2190">
        <w:tc>
          <w:tcPr>
            <w:tcW w:w="1015" w:type="dxa"/>
            <w:vMerge w:val="restart"/>
            <w:shd w:val="clear" w:color="auto" w:fill="F2F2F2" w:themeFill="background1" w:themeFillShade="F2"/>
            <w:vAlign w:val="center"/>
          </w:tcPr>
          <w:p w:rsidR="009468FB" w:rsidRPr="00BA07C6" w:rsidRDefault="009468FB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  <w:p w:rsidR="009468FB" w:rsidRPr="00BA07C6" w:rsidRDefault="009468FB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  <w:p w:rsidR="009468FB" w:rsidRPr="00BA07C6" w:rsidRDefault="009468FB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  <w:p w:rsidR="009468FB" w:rsidRPr="00BA07C6" w:rsidRDefault="009468FB" w:rsidP="00E86114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עכברים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+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גו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'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יסטיק</w:t>
            </w:r>
          </w:p>
        </w:tc>
        <w:tc>
          <w:tcPr>
            <w:tcW w:w="2350" w:type="dxa"/>
            <w:shd w:val="clear" w:color="auto" w:fill="auto"/>
            <w:vAlign w:val="center"/>
          </w:tcPr>
          <w:p w:rsidR="009468FB" w:rsidRPr="00BA07C6" w:rsidRDefault="009468FB" w:rsidP="00E86114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עכבר ג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'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ירוסקופי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Quha Zono 2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8617097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9468FB" w:rsidRPr="00BA07C6" w:rsidRDefault="009468FB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 w:val="restart"/>
            <w:shd w:val="clear" w:color="auto" w:fill="F2F2F2" w:themeFill="background1" w:themeFillShade="F2"/>
            <w:vAlign w:val="center"/>
          </w:tcPr>
          <w:p w:rsidR="009468FB" w:rsidRPr="00BA07C6" w:rsidRDefault="009468FB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  <w:p w:rsidR="009468FB" w:rsidRPr="00BA07C6" w:rsidRDefault="009468FB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  <w:p w:rsidR="009468FB" w:rsidRPr="00BA07C6" w:rsidRDefault="009468FB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  <w:p w:rsidR="009468FB" w:rsidRPr="00BA07C6" w:rsidRDefault="009468FB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  <w:p w:rsidR="009468FB" w:rsidRPr="00BA07C6" w:rsidRDefault="009468FB" w:rsidP="00E86114">
            <w:pPr>
              <w:bidi/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  <w:p w:rsidR="009468FB" w:rsidRPr="00BA07C6" w:rsidRDefault="009468FB" w:rsidP="00E86114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ציוד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היקפי</w:t>
            </w:r>
            <w:r w:rsidRPr="00BA07C6">
              <w:rPr>
                <w:rFonts w:asciiTheme="minorBidi" w:hAnsiTheme="minorBidi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BA07C6">
              <w:rPr>
                <w:rFonts w:asciiTheme="minorBidi" w:hAnsiTheme="minorBidi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והנגשה</w:t>
            </w:r>
          </w:p>
        </w:tc>
        <w:tc>
          <w:tcPr>
            <w:tcW w:w="2086" w:type="dxa"/>
            <w:shd w:val="clear" w:color="auto" w:fill="auto"/>
            <w:vAlign w:val="center"/>
          </w:tcPr>
          <w:p w:rsidR="009468FB" w:rsidRPr="00BA07C6" w:rsidRDefault="009468FB" w:rsidP="00E86114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lang w:bidi="he-IL"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עמוד נייד על גלגלים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+ </w:t>
            </w: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="00D90CFA"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>זרוע +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מגש מותאם למערכת מיקוד מבט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4556438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9468FB" w:rsidRPr="00BA07C6" w:rsidRDefault="00D90CFA" w:rsidP="00E86114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עכבר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BT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ג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'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ירוסקופי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Quha Zono X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 +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מתאם הנגשה 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11619955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מאריך לזרוע דו </w:t>
            </w:r>
            <w:proofErr w:type="spellStart"/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פרקית</w:t>
            </w:r>
            <w:proofErr w:type="spellEnd"/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13290536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D90CFA" w:rsidRPr="0022123C" w:rsidTr="00D90CFA">
        <w:trPr>
          <w:trHeight w:val="50"/>
        </w:trPr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עכבר בראש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Extreme Nano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12197908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משקולת לעמוד נייד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7447253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עכבר ג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'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ויסטיק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Bjoy Ring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חוטי לכיסא גלגלים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15002287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מגש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MobileMe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למחשב תקשורת מיקוד מבט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7831506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עכבר ג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'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ויסטיק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Bjoy Ring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אל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-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חוטי לכיסא גלגלים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14574080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מגש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MobileMe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למחשב תקשורת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9518635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ג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'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ויסטיק כף יד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14417271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מתאם שחרור מהיר למגש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MobileMe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12312352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ג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'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ויסטיק שולחני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n-abler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1485199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זרוע אוניברסלית למתג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797377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עכבר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pctrack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4562276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זרוע אווזי למתג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8351132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vMerge w:val="restart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עכברון לילדים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MINI MOUSE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11887934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vMerge w:val="restart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תומך ראש </w:t>
            </w:r>
            <w:proofErr w:type="spellStart"/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קידמי</w:t>
            </w:r>
            <w:proofErr w:type="spellEnd"/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580568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vMerge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556" w:type="dxa"/>
            <w:vMerge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עמוד נייד על גלגלים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+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מגש מותאם </w:t>
            </w:r>
            <w:proofErr w:type="spellStart"/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למעכת</w:t>
            </w:r>
            <w:proofErr w:type="spellEnd"/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מיקוד מבט טובי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4539945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vMerge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556" w:type="dxa"/>
            <w:vMerge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מגש  למחשב מיקוד מבט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15209750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vMerge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556" w:type="dxa"/>
            <w:vMerge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21134250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vMerge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556" w:type="dxa"/>
            <w:vMerge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Theme="minorBidi" w:hAnsiTheme="minorBidi"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</w:p>
          <w:p w:rsidR="00E97860" w:rsidRDefault="00E97860" w:rsidP="00E97860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</w:p>
          <w:p w:rsidR="00E97860" w:rsidRPr="00BA07C6" w:rsidRDefault="00E97860" w:rsidP="00E97860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</w:rPr>
            <w:id w:val="-6542999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 w:val="restart"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  <w:r w:rsidRPr="00BA07C6">
              <w:rPr>
                <w:rFonts w:asciiTheme="minorBidi" w:hAnsiTheme="minorBidi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מתגים</w:t>
            </w: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מתאם מתגים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5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שקעים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20686300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 w:val="restart"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מתגים</w:t>
            </w: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מתג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BIG RED 12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ס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2126679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מתאם מתגים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2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שקעים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21019312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מתג 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orby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 -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קוטר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6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ס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21292012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מתג 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Jelly Bean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12434849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מתג דוושה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9290052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מתג 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MICRO LIGHT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6717166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זוג מתגים אלחוטיים לאייפד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/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טאבלט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/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טלפון נייד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8914690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מתג פיקו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5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ס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4479277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2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מתגים אלחוטיים ומקלט 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USB Simplyworks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12942890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מתג פיקו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3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ס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4152875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מקדלת מקשים גדולה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9287853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מתג כרית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11100904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מגן מקדלת למקשים גדולים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21181206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מתג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SPEC 3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ס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415733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מקלדת מקשים קטנה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12436062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מתג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buddy 6.3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ס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20137107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מפסק פה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4594641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מתג 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smoothie 125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ס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13846739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</w:rPr>
            </w:pPr>
          </w:p>
        </w:tc>
        <w:tc>
          <w:tcPr>
            <w:tcW w:w="2086" w:type="dxa"/>
            <w:vMerge w:val="restart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מתג קירבה פופקורן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20157630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vMerge w:val="restart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BA07C6"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</w:tr>
      <w:tr w:rsidR="00D90CFA" w:rsidRPr="0022123C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מתג  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</w:rPr>
              <w:t>smoothie 75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 ס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BA07C6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</w:t>
            </w:r>
          </w:p>
        </w:tc>
        <w:sdt>
          <w:sdtPr>
            <w:rPr>
              <w:rFonts w:asciiTheme="minorBidi" w:hAnsiTheme="minorBidi"/>
              <w:color w:val="000000" w:themeColor="text1"/>
              <w:sz w:val="18"/>
              <w:szCs w:val="18"/>
              <w:rtl/>
              <w:lang w:bidi="he-IL"/>
            </w:rPr>
            <w:id w:val="-10731993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BA07C6" w:rsidRDefault="00D90CFA" w:rsidP="00D90CFA">
                <w:pPr>
                  <w:bidi/>
                  <w:rPr>
                    <w:rFonts w:asciiTheme="minorBidi" w:hAnsiTheme="minorBidi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  <w:lang w:bidi="he-IL"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BA07C6" w:rsidRDefault="00D90CFA" w:rsidP="00D90CFA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bidi="he-IL"/>
              </w:rPr>
            </w:pPr>
          </w:p>
        </w:tc>
        <w:tc>
          <w:tcPr>
            <w:tcW w:w="2086" w:type="dxa"/>
            <w:vMerge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lang w:bidi="he-IL"/>
              </w:rPr>
            </w:pPr>
          </w:p>
        </w:tc>
        <w:tc>
          <w:tcPr>
            <w:tcW w:w="842" w:type="dxa"/>
            <w:vMerge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Theme="minorBidi" w:hAnsiTheme="minorBidi"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</w:tr>
      <w:tr w:rsidR="00D90CFA" w:rsidRPr="0032508B" w:rsidTr="008E2190">
        <w:tc>
          <w:tcPr>
            <w:tcW w:w="1015" w:type="dxa"/>
            <w:vMerge w:val="restart"/>
            <w:shd w:val="clear" w:color="auto" w:fill="F2F2F2" w:themeFill="background1" w:themeFillShade="F2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</w:pPr>
            <w:r w:rsidRPr="0032508B">
              <w:rPr>
                <w:rFonts w:ascii="Arial" w:hAnsi="Arial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תוכנות</w:t>
            </w:r>
            <w:r w:rsidRPr="0032508B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 xml:space="preserve"> </w:t>
            </w:r>
            <w:r w:rsidRPr="0032508B">
              <w:rPr>
                <w:rFonts w:ascii="Arial" w:hAnsi="Arial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ורישיונות</w:t>
            </w: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TD Snap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לוחות ליבה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-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למחשב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298506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32508B" w:rsidRDefault="00D90CFA" w:rsidP="00D90CFA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 w:val="restart"/>
            <w:shd w:val="clear" w:color="auto" w:fill="F2F2F2" w:themeFill="background1" w:themeFillShade="F2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2508B">
              <w:rPr>
                <w:rFonts w:ascii="Arial" w:hAnsi="Arial" w:cs="Arial" w:hint="cs"/>
                <w:b/>
                <w:bCs/>
                <w:color w:val="000000" w:themeColor="text1"/>
                <w:sz w:val="18"/>
                <w:szCs w:val="18"/>
                <w:rtl/>
                <w:lang w:bidi="he-IL"/>
              </w:rPr>
              <w:t>תוכנות ורישיונות</w:t>
            </w: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lang w:bidi="he-IL"/>
              </w:rPr>
            </w:pP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>רישיון "לתקשר בהקשר"- לוח תקשורת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17335827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32508B" w:rsidRDefault="00D90CFA" w:rsidP="00D90CFA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D90CFA" w:rsidRPr="0032508B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רישיון גריד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3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כולל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</w:rPr>
              <w:t>PCS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-6758876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32508B" w:rsidRDefault="00D90CFA" w:rsidP="00D90CFA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lang w:bidi="he-IL"/>
              </w:rPr>
            </w:pP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>רישיון "לוחות קשת"- לוח תקשורת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-2337846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32508B" w:rsidRDefault="00D90CFA" w:rsidP="00D90CFA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D90CFA" w:rsidRPr="0032508B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רישיון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הקול כלול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"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בעברית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-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לוח תקשורת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3285646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32508B" w:rsidRDefault="00D90CFA" w:rsidP="00D90CFA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lang w:bidi="he-IL"/>
              </w:rPr>
            </w:pP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>רישיון קולות תת"ח- מנוע דיבור בעברית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-1045759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32508B" w:rsidRDefault="00D90CFA" w:rsidP="00D90CFA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D90CFA" w:rsidRPr="0032508B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רישיון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הקול כלול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"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בערבית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-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לוח תקשורת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-9019909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32508B" w:rsidRDefault="00D90CFA" w:rsidP="00D90CFA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>רישיון קולות תת"ח- מנוע דיבור בערבית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5401790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32508B" w:rsidRDefault="00D90CFA" w:rsidP="00D90CFA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D90CFA" w:rsidRPr="0032508B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רישון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אפשר לומר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"-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לוח תקשורת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15389317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32508B" w:rsidRDefault="00D90CFA" w:rsidP="00D90CFA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>
                  <w:rPr>
                    <w:rFonts w:ascii="Segoe UI Symbol" w:eastAsia="MS Gothic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>רישיון קולות תת"ח- מנוע דיבור ברוסית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3404379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32508B" w:rsidRDefault="00D90CFA" w:rsidP="00D90CFA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D90CFA" w:rsidRPr="0032508B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רישיון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מפתח לתקשורת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"-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לוח תקשורת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1894962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32508B" w:rsidRDefault="00D90CFA" w:rsidP="00D90CFA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>רישיון קולות תת"ח- מנוע דיבור באנגלית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-14480753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shd w:val="clear" w:color="auto" w:fill="auto"/>
                <w:vAlign w:val="center"/>
              </w:tcPr>
              <w:p w:rsidR="00D90CFA" w:rsidRPr="0032508B" w:rsidRDefault="00D90CFA" w:rsidP="00D90CFA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D90CFA" w:rsidRPr="0032508B" w:rsidTr="008E2190">
        <w:tc>
          <w:tcPr>
            <w:tcW w:w="1015" w:type="dxa"/>
            <w:vMerge/>
            <w:shd w:val="clear" w:color="auto" w:fill="F2F2F2" w:themeFill="background1" w:themeFillShade="F2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auto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 xml:space="preserve">רישיון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>"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מתחברים לעולם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  <w:t xml:space="preserve">"- </w:t>
            </w: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לוח תקשורת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-13536423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auto"/>
                <w:vAlign w:val="center"/>
              </w:tcPr>
              <w:p w:rsidR="00D90CFA" w:rsidRPr="0032508B" w:rsidRDefault="00D90CFA" w:rsidP="00D90CFA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shd w:val="clear" w:color="auto" w:fill="F2F2F2" w:themeFill="background1" w:themeFillShade="F2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086" w:type="dxa"/>
            <w:vMerge w:val="restart"/>
            <w:shd w:val="clear" w:color="auto" w:fill="auto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  <w:r>
              <w:rPr>
                <w:rFonts w:ascii="Arial" w:hAnsi="Arial" w:cs="Arial" w:hint="cs"/>
                <w:color w:val="000000" w:themeColor="text1"/>
                <w:sz w:val="18"/>
                <w:szCs w:val="18"/>
                <w:rtl/>
                <w:lang w:bidi="he-IL"/>
              </w:rPr>
              <w:t>רישיון קולות תת"ח- מנוע דיבור קולות ילדים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831208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2" w:type="dxa"/>
                <w:vMerge w:val="restart"/>
                <w:shd w:val="clear" w:color="auto" w:fill="auto"/>
                <w:vAlign w:val="center"/>
              </w:tcPr>
              <w:p w:rsidR="00D90CFA" w:rsidRPr="0032508B" w:rsidRDefault="00D90CFA" w:rsidP="00D90CFA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</w:tr>
      <w:tr w:rsidR="00D90CFA" w:rsidRPr="0032508B" w:rsidTr="008E2190">
        <w:tc>
          <w:tcPr>
            <w:tcW w:w="1015" w:type="dxa"/>
            <w:vMerge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  <w:tc>
          <w:tcPr>
            <w:tcW w:w="2350" w:type="dxa"/>
            <w:shd w:val="clear" w:color="auto" w:fill="D9D9D9" w:themeFill="background1" w:themeFillShade="D9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</w:rPr>
            </w:pPr>
            <w:r w:rsidRPr="0032508B"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  <w:t>תוכנה לעכבר וירטואלי</w:t>
            </w:r>
          </w:p>
        </w:tc>
        <w:sdt>
          <w:sdtPr>
            <w:rPr>
              <w:rFonts w:ascii="Arial" w:hAnsi="Arial" w:cs="Arial"/>
              <w:color w:val="000000" w:themeColor="text1"/>
              <w:sz w:val="18"/>
              <w:szCs w:val="18"/>
              <w:rtl/>
            </w:rPr>
            <w:id w:val="15985177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dxa"/>
                <w:shd w:val="clear" w:color="auto" w:fill="D9D9D9" w:themeFill="background1" w:themeFillShade="D9"/>
                <w:vAlign w:val="center"/>
              </w:tcPr>
              <w:p w:rsidR="00D90CFA" w:rsidRPr="0032508B" w:rsidRDefault="00D90CFA" w:rsidP="00D90CFA">
                <w:pPr>
                  <w:bidi/>
                  <w:rPr>
                    <w:rFonts w:ascii="Arial" w:hAnsi="Arial" w:cs="Arial"/>
                    <w:color w:val="000000" w:themeColor="text1"/>
                    <w:sz w:val="18"/>
                    <w:szCs w:val="18"/>
                    <w:rtl/>
                    <w:lang w:bidi="he-IL"/>
                  </w:rPr>
                </w:pPr>
                <w:r w:rsidRPr="0032508B">
                  <w:rPr>
                    <w:rFonts w:ascii="Segoe UI Symbol" w:hAnsi="Segoe UI Symbol" w:cs="Segoe UI Symbol" w:hint="cs"/>
                    <w:color w:val="000000" w:themeColor="text1"/>
                    <w:sz w:val="18"/>
                    <w:szCs w:val="18"/>
                    <w:rtl/>
                  </w:rPr>
                  <w:t>☐</w:t>
                </w:r>
              </w:p>
            </w:tc>
          </w:sdtContent>
        </w:sdt>
        <w:tc>
          <w:tcPr>
            <w:tcW w:w="1781" w:type="dxa"/>
            <w:vMerge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086" w:type="dxa"/>
            <w:vMerge/>
            <w:shd w:val="clear" w:color="auto" w:fill="auto"/>
            <w:vAlign w:val="center"/>
          </w:tcPr>
          <w:p w:rsidR="00D90CFA" w:rsidRPr="00BA07C6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42" w:type="dxa"/>
            <w:vMerge/>
            <w:shd w:val="clear" w:color="auto" w:fill="auto"/>
            <w:vAlign w:val="center"/>
          </w:tcPr>
          <w:p w:rsidR="00D90CFA" w:rsidRPr="0032508B" w:rsidRDefault="00D90CFA" w:rsidP="00D90CFA">
            <w:pPr>
              <w:bidi/>
              <w:rPr>
                <w:rFonts w:ascii="Arial" w:hAnsi="Arial" w:cs="Arial"/>
                <w:color w:val="000000" w:themeColor="text1"/>
                <w:sz w:val="18"/>
                <w:szCs w:val="18"/>
                <w:rtl/>
                <w:lang w:bidi="he-IL"/>
              </w:rPr>
            </w:pPr>
          </w:p>
        </w:tc>
      </w:tr>
    </w:tbl>
    <w:p w:rsidR="00CF46D2" w:rsidRDefault="00E86114" w:rsidP="0032508B">
      <w:pPr>
        <w:bidi/>
        <w:spacing w:after="0" w:line="240" w:lineRule="auto"/>
        <w:rPr>
          <w:rFonts w:ascii="Arial" w:hAnsi="Arial" w:cs="Arial"/>
          <w:color w:val="000000" w:themeColor="text1"/>
          <w:sz w:val="18"/>
          <w:szCs w:val="18"/>
          <w:rtl/>
          <w:lang w:bidi="he-IL"/>
        </w:rPr>
      </w:pPr>
      <w:r>
        <w:rPr>
          <w:rFonts w:ascii="Arial" w:hAnsi="Arial" w:cs="Arial"/>
          <w:color w:val="000000" w:themeColor="text1"/>
          <w:sz w:val="18"/>
          <w:szCs w:val="18"/>
          <w:rtl/>
          <w:lang w:bidi="he-IL"/>
        </w:rPr>
        <w:br w:type="textWrapping" w:clear="all"/>
      </w:r>
    </w:p>
    <w:p w:rsidR="009B6D5C" w:rsidRPr="009468FB" w:rsidRDefault="009B6D5C" w:rsidP="009B6D5C">
      <w:pPr>
        <w:bidi/>
        <w:jc w:val="center"/>
        <w:rPr>
          <w:rFonts w:asciiTheme="minorBidi" w:hAnsiTheme="minorBidi"/>
          <w:b/>
          <w:bCs/>
          <w:color w:val="FF0000"/>
          <w:rtl/>
          <w:lang w:bidi="he-IL"/>
        </w:rPr>
      </w:pPr>
      <w:r w:rsidRPr="009468FB">
        <w:rPr>
          <w:rFonts w:asciiTheme="minorBidi" w:hAnsiTheme="minorBidi"/>
          <w:b/>
          <w:bCs/>
        </w:rPr>
        <w:br/>
        <w:t xml:space="preserve"> </w:t>
      </w:r>
      <w:r w:rsidRPr="009468FB">
        <w:rPr>
          <w:rFonts w:asciiTheme="minorBidi" w:hAnsiTheme="minorBidi"/>
          <w:b/>
          <w:bCs/>
          <w:rtl/>
          <w:lang w:bidi="he-IL"/>
        </w:rPr>
        <w:t>לצורך</w:t>
      </w:r>
      <w:r w:rsidRPr="009468FB">
        <w:rPr>
          <w:rFonts w:asciiTheme="minorBidi" w:hAnsiTheme="minorBidi"/>
          <w:b/>
          <w:bCs/>
        </w:rPr>
        <w:t xml:space="preserve"> </w:t>
      </w:r>
      <w:r w:rsidRPr="009468FB">
        <w:rPr>
          <w:rFonts w:asciiTheme="minorBidi" w:hAnsiTheme="minorBidi"/>
          <w:b/>
          <w:bCs/>
          <w:rtl/>
          <w:lang w:bidi="he-IL"/>
        </w:rPr>
        <w:t>ה</w:t>
      </w:r>
      <w:r w:rsidRPr="009468FB">
        <w:rPr>
          <w:rFonts w:asciiTheme="minorBidi" w:hAnsiTheme="minorBidi" w:hint="cs"/>
          <w:b/>
          <w:bCs/>
          <w:rtl/>
          <w:lang w:bidi="he-IL"/>
        </w:rPr>
        <w:t>שלמת ההתנסות יש לצרף את</w:t>
      </w:r>
      <w:r w:rsidRPr="009468FB">
        <w:rPr>
          <w:rFonts w:asciiTheme="minorBidi" w:hAnsiTheme="minorBidi"/>
          <w:b/>
          <w:bCs/>
        </w:rPr>
        <w:t xml:space="preserve"> </w:t>
      </w:r>
      <w:r w:rsidRPr="009468FB">
        <w:rPr>
          <w:rFonts w:asciiTheme="minorBidi" w:hAnsiTheme="minorBidi"/>
          <w:b/>
          <w:bCs/>
          <w:rtl/>
          <w:lang w:bidi="he-IL"/>
        </w:rPr>
        <w:t>המסמכים</w:t>
      </w:r>
      <w:r w:rsidRPr="009468FB">
        <w:rPr>
          <w:rFonts w:asciiTheme="minorBidi" w:hAnsiTheme="minorBidi"/>
          <w:b/>
          <w:bCs/>
        </w:rPr>
        <w:t xml:space="preserve"> </w:t>
      </w:r>
      <w:r w:rsidRPr="009468FB">
        <w:rPr>
          <w:rFonts w:asciiTheme="minorBidi" w:hAnsiTheme="minorBidi"/>
          <w:b/>
          <w:bCs/>
          <w:rtl/>
          <w:lang w:bidi="he-IL"/>
        </w:rPr>
        <w:t>הבאים</w:t>
      </w:r>
      <w:r w:rsidRPr="009468FB">
        <w:rPr>
          <w:rFonts w:asciiTheme="minorBidi" w:hAnsiTheme="minorBidi" w:hint="cs"/>
          <w:b/>
          <w:bCs/>
          <w:rtl/>
          <w:lang w:bidi="he-IL"/>
        </w:rPr>
        <w:t>:</w:t>
      </w:r>
      <w:r w:rsidRPr="009468FB">
        <w:rPr>
          <w:rFonts w:asciiTheme="minorBidi" w:hAnsiTheme="minorBidi" w:hint="cs"/>
          <w:b/>
          <w:bCs/>
          <w:color w:val="FF0000"/>
          <w:rtl/>
          <w:lang w:bidi="he-IL"/>
        </w:rPr>
        <w:t xml:space="preserve"> בקשה שלא תתקבל כמפורט לא תטופל</w:t>
      </w:r>
    </w:p>
    <w:p w:rsidR="009B6D5C" w:rsidRPr="009468FB" w:rsidRDefault="009B6D5C" w:rsidP="009B6D5C">
      <w:pPr>
        <w:pStyle w:val="ae"/>
        <w:numPr>
          <w:ilvl w:val="0"/>
          <w:numId w:val="11"/>
        </w:numPr>
        <w:bidi/>
        <w:rPr>
          <w:rFonts w:asciiTheme="minorBidi" w:hAnsiTheme="minorBidi"/>
          <w:lang w:bidi="he-IL"/>
        </w:rPr>
      </w:pPr>
      <w:r w:rsidRPr="009468FB">
        <w:rPr>
          <w:rFonts w:asciiTheme="minorBidi" w:hAnsiTheme="minorBidi" w:hint="cs"/>
          <w:rtl/>
          <w:lang w:bidi="he-IL"/>
        </w:rPr>
        <w:t>מסמך זה</w:t>
      </w:r>
    </w:p>
    <w:p w:rsidR="009B6D5C" w:rsidRPr="009468FB" w:rsidRDefault="009B6D5C" w:rsidP="009B6D5C">
      <w:pPr>
        <w:pStyle w:val="ae"/>
        <w:numPr>
          <w:ilvl w:val="0"/>
          <w:numId w:val="11"/>
        </w:numPr>
        <w:bidi/>
        <w:rPr>
          <w:rFonts w:asciiTheme="minorBidi" w:hAnsiTheme="minorBidi"/>
          <w:lang w:bidi="he-IL"/>
        </w:rPr>
      </w:pPr>
      <w:r w:rsidRPr="009468FB">
        <w:rPr>
          <w:rFonts w:asciiTheme="minorBidi" w:hAnsiTheme="minorBidi" w:hint="cs"/>
          <w:rtl/>
          <w:lang w:bidi="he-IL"/>
        </w:rPr>
        <w:t xml:space="preserve">הערכת תפקודי שפה, דיבור ותקשורת, </w:t>
      </w:r>
    </w:p>
    <w:p w:rsidR="009B6D5C" w:rsidRPr="009468FB" w:rsidRDefault="009B6D5C" w:rsidP="009B6D5C">
      <w:pPr>
        <w:pStyle w:val="ae"/>
        <w:numPr>
          <w:ilvl w:val="0"/>
          <w:numId w:val="11"/>
        </w:numPr>
        <w:bidi/>
        <w:rPr>
          <w:rFonts w:asciiTheme="minorBidi" w:hAnsiTheme="minorBidi"/>
          <w:lang w:bidi="he-IL"/>
        </w:rPr>
      </w:pPr>
      <w:r w:rsidRPr="009468FB">
        <w:rPr>
          <w:rFonts w:asciiTheme="minorBidi" w:hAnsiTheme="minorBidi" w:hint="cs"/>
          <w:rtl/>
          <w:lang w:bidi="he-IL"/>
        </w:rPr>
        <w:t xml:space="preserve">מסמך רפואי </w:t>
      </w:r>
      <w:r w:rsidRPr="009468FB">
        <w:rPr>
          <w:rFonts w:asciiTheme="minorBidi" w:hAnsiTheme="minorBidi"/>
          <w:rtl/>
          <w:lang w:bidi="he-IL"/>
        </w:rPr>
        <w:t xml:space="preserve">הכולל אבחנה </w:t>
      </w:r>
    </w:p>
    <w:p w:rsidR="009B6D5C" w:rsidRPr="009468FB" w:rsidRDefault="009B6D5C" w:rsidP="009B6D5C">
      <w:pPr>
        <w:pStyle w:val="ae"/>
        <w:numPr>
          <w:ilvl w:val="0"/>
          <w:numId w:val="11"/>
        </w:numPr>
        <w:bidi/>
        <w:rPr>
          <w:rFonts w:asciiTheme="minorBidi" w:hAnsiTheme="minorBidi"/>
          <w:rtl/>
          <w:lang w:bidi="he-IL"/>
        </w:rPr>
      </w:pPr>
      <w:r w:rsidRPr="009468FB">
        <w:rPr>
          <w:rFonts w:asciiTheme="minorBidi" w:hAnsiTheme="minorBidi" w:hint="cs"/>
          <w:rtl/>
          <w:lang w:bidi="he-IL"/>
        </w:rPr>
        <w:t>סיכום מפגש הנגשה(במקרה של מערכות מיקוד מבט).</w:t>
      </w:r>
    </w:p>
    <w:p w:rsidR="009B6D5C" w:rsidRDefault="009B6D5C" w:rsidP="009B6D5C">
      <w:pPr>
        <w:bidi/>
        <w:spacing w:after="0" w:line="240" w:lineRule="auto"/>
        <w:rPr>
          <w:rFonts w:ascii="Arial" w:hAnsi="Arial" w:cs="Arial"/>
          <w:color w:val="000000" w:themeColor="text1"/>
          <w:sz w:val="18"/>
          <w:szCs w:val="18"/>
          <w:rtl/>
          <w:lang w:bidi="he-IL"/>
        </w:rPr>
      </w:pPr>
    </w:p>
    <w:p w:rsidR="009B6D5C" w:rsidRDefault="0078447E" w:rsidP="009B6D5C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  <w:r w:rsidRPr="0078447E">
        <w:rPr>
          <w:rFonts w:ascii="Arial" w:hAnsi="Arial" w:cs="Arial" w:hint="cs"/>
          <w:b/>
          <w:bCs/>
          <w:color w:val="000000" w:themeColor="text1"/>
          <w:sz w:val="24"/>
          <w:szCs w:val="24"/>
          <w:rtl/>
          <w:lang w:bidi="he-IL"/>
        </w:rPr>
        <w:t>אני</w:t>
      </w:r>
      <w:r w:rsidR="00E679DF">
        <w:rPr>
          <w:rFonts w:ascii="Arial" w:hAnsi="Arial" w:cs="Arial" w:hint="cs"/>
          <w:b/>
          <w:bCs/>
          <w:color w:val="000000" w:themeColor="text1"/>
          <w:sz w:val="24"/>
          <w:szCs w:val="24"/>
          <w:rtl/>
          <w:lang w:bidi="he-IL"/>
        </w:rPr>
        <w:t xml:space="preserve"> המטופל/</w:t>
      </w:r>
      <w:r w:rsidR="00E86114">
        <w:rPr>
          <w:rFonts w:ascii="Arial" w:hAnsi="Arial" w:cs="Arial" w:hint="cs"/>
          <w:b/>
          <w:bCs/>
          <w:color w:val="000000" w:themeColor="text1"/>
          <w:sz w:val="24"/>
          <w:szCs w:val="24"/>
          <w:rtl/>
          <w:lang w:bidi="he-IL"/>
        </w:rPr>
        <w:t xml:space="preserve"> </w:t>
      </w:r>
      <w:r w:rsidR="00E679DF">
        <w:rPr>
          <w:rFonts w:ascii="Arial" w:hAnsi="Arial" w:cs="Arial" w:hint="cs"/>
          <w:b/>
          <w:bCs/>
          <w:color w:val="000000" w:themeColor="text1"/>
          <w:sz w:val="24"/>
          <w:szCs w:val="24"/>
          <w:rtl/>
          <w:lang w:bidi="he-IL"/>
        </w:rPr>
        <w:t>בן המשפחה</w:t>
      </w:r>
      <w:r w:rsidR="00E86114" w:rsidRPr="00E86114">
        <w:rPr>
          <w:rFonts w:ascii="Arial" w:hAnsi="Arial" w:cs="Arial" w:hint="cs"/>
          <w:color w:val="000000" w:themeColor="text1"/>
          <w:sz w:val="20"/>
          <w:szCs w:val="20"/>
          <w:rtl/>
          <w:lang w:bidi="he-IL"/>
        </w:rPr>
        <w:t>(יש לסמן)</w:t>
      </w:r>
      <w:r w:rsidR="00E679DF" w:rsidRPr="00E86114">
        <w:rPr>
          <w:rFonts w:ascii="Arial" w:hAnsi="Arial" w:cs="Arial" w:hint="cs"/>
          <w:b/>
          <w:bCs/>
          <w:color w:val="000000" w:themeColor="text1"/>
          <w:sz w:val="20"/>
          <w:szCs w:val="20"/>
          <w:rtl/>
          <w:lang w:bidi="he-IL"/>
        </w:rPr>
        <w:t xml:space="preserve"> </w:t>
      </w:r>
      <w:r w:rsidRPr="0078447E">
        <w:rPr>
          <w:rFonts w:ascii="Arial" w:hAnsi="Arial" w:cs="Arial" w:hint="cs"/>
          <w:b/>
          <w:bCs/>
          <w:color w:val="000000" w:themeColor="text1"/>
          <w:sz w:val="24"/>
          <w:szCs w:val="24"/>
          <w:rtl/>
          <w:lang w:bidi="he-IL"/>
        </w:rPr>
        <w:t>מאשר/ת בזאת להעביר את הטופס ואת המידע הרפואי הרלוונטי לידי כללית הנדסה רפואית, לצורך בחינה ואישור קליני של הבקשה</w:t>
      </w:r>
      <w:r w:rsidR="00E679DF">
        <w:rPr>
          <w:rFonts w:ascii="Arial" w:hAnsi="Arial" w:cs="Arial" w:hint="cs"/>
          <w:b/>
          <w:bCs/>
          <w:color w:val="000000" w:themeColor="text1"/>
          <w:sz w:val="24"/>
          <w:szCs w:val="24"/>
          <w:rtl/>
          <w:lang w:bidi="he-IL"/>
        </w:rPr>
        <w:t>.</w:t>
      </w:r>
    </w:p>
    <w:p w:rsidR="0078447E" w:rsidRDefault="0078447E" w:rsidP="0078447E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</w:p>
    <w:tbl>
      <w:tblPr>
        <w:tblStyle w:val="aff2"/>
        <w:bidiVisual/>
        <w:tblW w:w="0" w:type="auto"/>
        <w:tblLook w:val="04A0" w:firstRow="1" w:lastRow="0" w:firstColumn="1" w:lastColumn="0" w:noHBand="0" w:noVBand="1"/>
      </w:tblPr>
      <w:tblGrid>
        <w:gridCol w:w="1741"/>
        <w:gridCol w:w="1528"/>
        <w:gridCol w:w="1862"/>
        <w:gridCol w:w="1669"/>
        <w:gridCol w:w="1835"/>
      </w:tblGrid>
      <w:tr w:rsidR="009E4845" w:rsidTr="009E4845"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4845" w:rsidRDefault="008E2190" w:rsidP="008E2190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4845" w:rsidRDefault="008E2190" w:rsidP="008E2190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4845" w:rsidRDefault="008E2190" w:rsidP="008E2190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9E4845" w:rsidTr="009E4845">
        <w:tc>
          <w:tcPr>
            <w:tcW w:w="1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שם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תאריך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חתימה</w:t>
            </w:r>
          </w:p>
        </w:tc>
      </w:tr>
    </w:tbl>
    <w:p w:rsidR="0078447E" w:rsidRPr="0078447E" w:rsidRDefault="0078447E" w:rsidP="0078447E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</w:p>
    <w:sectPr w:rsidR="0078447E" w:rsidRPr="0078447E" w:rsidSect="00034616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292E" w:rsidRDefault="0023292E" w:rsidP="00461B5C">
      <w:pPr>
        <w:spacing w:after="0" w:line="240" w:lineRule="auto"/>
      </w:pPr>
      <w:r>
        <w:separator/>
      </w:r>
    </w:p>
  </w:endnote>
  <w:endnote w:type="continuationSeparator" w:id="0">
    <w:p w:rsidR="0023292E" w:rsidRDefault="0023292E" w:rsidP="00461B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1433" w:rsidRPr="00E86114" w:rsidRDefault="008A1433" w:rsidP="00E86114">
    <w:pPr>
      <w:pBdr>
        <w:top w:val="single" w:sz="12" w:space="1" w:color="31849B"/>
      </w:pBd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</w:pPr>
    <w:r w:rsidRPr="00E86114">
      <w:rPr>
        <w:rFonts w:ascii="Calibri" w:eastAsia="Calibri" w:hAnsi="Calibri" w:cs="Arial" w:hint="cs"/>
        <w:noProof/>
        <w:sz w:val="16"/>
        <w:szCs w:val="16"/>
        <w:rtl/>
        <w:lang w:bidi="he-IL"/>
      </w:rPr>
      <w:drawing>
        <wp:anchor distT="0" distB="0" distL="114300" distR="114300" simplePos="0" relativeHeight="251660288" behindDoc="1" locked="0" layoutInCell="1" allowOverlap="1" wp14:anchorId="1FEFDBE7" wp14:editId="4FD3ED6E">
          <wp:simplePos x="0" y="0"/>
          <wp:positionH relativeFrom="column">
            <wp:posOffset>-914400</wp:posOffset>
          </wp:positionH>
          <wp:positionV relativeFrom="paragraph">
            <wp:posOffset>136525</wp:posOffset>
          </wp:positionV>
          <wp:extent cx="7092950" cy="692150"/>
          <wp:effectExtent l="19050" t="0" r="0" b="0"/>
          <wp:wrapNone/>
          <wp:docPr id="5" name="תמונה 5" descr="logo paper_adres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ogo paper_adress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2950" cy="692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begin"/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lang w:bidi="he-IL"/>
      </w:rPr>
      <w:instrText>FILENAME   \* MERGEFORMAT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separate"/>
    </w:r>
    <w:r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>550.09-01    310325 טופס פניה להשאלת מכשיר תקשורת תומכת וחלופית לצורך התנסות למילוי</w: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end"/>
    </w:r>
    <w:r w:rsidRPr="00E86114">
      <w:rPr>
        <w:rFonts w:ascii="Calibri" w:eastAsia="Calibri" w:hAnsi="Calibri" w:cs="Arial" w:hint="cs"/>
        <w:b/>
        <w:bCs/>
        <w:color w:val="31849B"/>
        <w:sz w:val="16"/>
        <w:szCs w:val="16"/>
        <w:rtl/>
        <w:lang w:bidi="he-IL"/>
      </w:rPr>
      <w:tab/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begin"/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 w:hint="cs"/>
        <w:b/>
        <w:bCs/>
        <w:color w:val="31849B"/>
        <w:sz w:val="16"/>
        <w:szCs w:val="16"/>
        <w:lang w:bidi="he-IL"/>
      </w:rPr>
      <w:instrText>PRINTDATE  \@ "dd/MM/yyyy"  \* MERGEFORMAT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separate"/>
    </w:r>
    <w:r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>‏31/03/2025</w: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end"/>
    </w:r>
  </w:p>
  <w:p w:rsidR="008A1433" w:rsidRPr="008E2190" w:rsidRDefault="008A1433" w:rsidP="00E86114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color w:val="FFFFFF" w:themeColor="background1"/>
        <w:sz w:val="16"/>
        <w:szCs w:val="16"/>
        <w:rtl/>
        <w:lang w:bidi="he-IL"/>
      </w:rPr>
    </w:pPr>
    <w:r w:rsidRPr="008E2190">
      <w:rPr>
        <w:rFonts w:ascii="Calibri" w:eastAsia="Calibri" w:hAnsi="Calibri" w:cs="Arial" w:hint="cs"/>
        <w:color w:val="FFFFFF" w:themeColor="background1"/>
        <w:sz w:val="16"/>
        <w:szCs w:val="16"/>
        <w:rtl/>
        <w:lang w:bidi="he-IL"/>
      </w:rPr>
      <w:t>7878</w:t>
    </w:r>
  </w:p>
  <w:p w:rsidR="008A1433" w:rsidRPr="00E86114" w:rsidRDefault="008A1433" w:rsidP="00E86114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rtl/>
        <w:lang w:bidi="he-IL"/>
      </w:rPr>
    </w:pPr>
  </w:p>
  <w:p w:rsidR="008A1433" w:rsidRDefault="008A1433">
    <w:pPr>
      <w:pStyle w:val="a7"/>
      <w:rPr>
        <w:lang w:bidi="he-I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292E" w:rsidRDefault="0023292E" w:rsidP="00461B5C">
      <w:pPr>
        <w:spacing w:after="0" w:line="240" w:lineRule="auto"/>
      </w:pPr>
      <w:r>
        <w:separator/>
      </w:r>
    </w:p>
  </w:footnote>
  <w:footnote w:type="continuationSeparator" w:id="0">
    <w:p w:rsidR="0023292E" w:rsidRDefault="0023292E" w:rsidP="00461B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1433" w:rsidRDefault="008A1433" w:rsidP="00461B5C">
    <w:pPr>
      <w:pStyle w:val="a5"/>
    </w:pPr>
    <w:r w:rsidRPr="007E6AA1">
      <w:rPr>
        <w:noProof/>
        <w:lang w:bidi="he-I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2971800</wp:posOffset>
          </wp:positionH>
          <wp:positionV relativeFrom="paragraph">
            <wp:posOffset>-163195</wp:posOffset>
          </wp:positionV>
          <wp:extent cx="2555875" cy="732790"/>
          <wp:effectExtent l="0" t="0" r="0" b="0"/>
          <wp:wrapNone/>
          <wp:docPr id="7" name="תמונה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תמונה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55875" cy="732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8A1433" w:rsidRDefault="008A1433" w:rsidP="00461B5C">
    <w:pPr>
      <w:pStyle w:val="a5"/>
    </w:pPr>
  </w:p>
  <w:p w:rsidR="008A1433" w:rsidRDefault="008A1433" w:rsidP="00461B5C">
    <w:pPr>
      <w:pStyle w:val="a5"/>
    </w:pPr>
  </w:p>
  <w:p w:rsidR="008A1433" w:rsidRDefault="008A1433" w:rsidP="00461B5C">
    <w:pPr>
      <w:pStyle w:val="a5"/>
    </w:pPr>
  </w:p>
  <w:tbl>
    <w:tblPr>
      <w:bidiVisual/>
      <w:tblW w:w="9072" w:type="dxa"/>
      <w:tblInd w:w="-367" w:type="dxa"/>
      <w:tblBorders>
        <w:top w:val="single" w:sz="12" w:space="0" w:color="31849B"/>
        <w:left w:val="single" w:sz="12" w:space="0" w:color="31849B"/>
        <w:bottom w:val="single" w:sz="12" w:space="0" w:color="31849B"/>
        <w:right w:val="single" w:sz="12" w:space="0" w:color="31849B"/>
        <w:insideH w:val="single" w:sz="12" w:space="0" w:color="31849B"/>
        <w:insideV w:val="single" w:sz="12" w:space="0" w:color="31849B"/>
      </w:tblBorders>
      <w:tblLook w:val="04A0" w:firstRow="1" w:lastRow="0" w:firstColumn="1" w:lastColumn="0" w:noHBand="0" w:noVBand="1"/>
    </w:tblPr>
    <w:tblGrid>
      <w:gridCol w:w="3250"/>
      <w:gridCol w:w="2238"/>
      <w:gridCol w:w="30"/>
      <w:gridCol w:w="3554"/>
    </w:tblGrid>
    <w:tr w:rsidR="008A1433" w:rsidRPr="00BD69A1" w:rsidTr="008B4592">
      <w:tc>
        <w:tcPr>
          <w:tcW w:w="3250" w:type="dxa"/>
          <w:shd w:val="clear" w:color="auto" w:fill="auto"/>
        </w:tcPr>
        <w:p w:rsidR="008A1433" w:rsidRPr="00BD69A1" w:rsidRDefault="008A1433" w:rsidP="00461B5C">
          <w:pPr>
            <w:pStyle w:val="a5"/>
            <w:jc w:val="right"/>
            <w:rPr>
              <w:b/>
              <w:bCs/>
              <w:color w:val="31849B"/>
              <w:sz w:val="24"/>
              <w:szCs w:val="24"/>
              <w:rtl/>
              <w:lang w:bidi="he-IL"/>
            </w:rPr>
          </w:pPr>
          <w:r w:rsidRPr="00BD69A1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טופס מס</w:t>
          </w:r>
          <w:r w:rsidRPr="00BD69A1">
            <w:rPr>
              <w:rFonts w:hint="cs"/>
              <w:b/>
              <w:bCs/>
              <w:color w:val="31849B"/>
              <w:sz w:val="24"/>
              <w:szCs w:val="24"/>
              <w:rtl/>
            </w:rPr>
            <w:t xml:space="preserve">' </w:t>
          </w:r>
          <w:r>
            <w:rPr>
              <w:rFonts w:hint="cs"/>
              <w:b/>
              <w:bCs/>
              <w:color w:val="31849B"/>
              <w:sz w:val="24"/>
              <w:szCs w:val="24"/>
              <w:rtl/>
            </w:rPr>
            <w:t xml:space="preserve">   </w:t>
          </w:r>
          <w:r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550.09-01</w:t>
          </w:r>
        </w:p>
      </w:tc>
      <w:tc>
        <w:tcPr>
          <w:tcW w:w="2268" w:type="dxa"/>
          <w:gridSpan w:val="2"/>
          <w:shd w:val="clear" w:color="auto" w:fill="auto"/>
        </w:tcPr>
        <w:p w:rsidR="008A1433" w:rsidRPr="00BD69A1" w:rsidRDefault="008A1433" w:rsidP="00461B5C">
          <w:pPr>
            <w:pStyle w:val="a5"/>
            <w:jc w:val="right"/>
            <w:rPr>
              <w:b/>
              <w:bCs/>
              <w:color w:val="31849B"/>
              <w:sz w:val="24"/>
              <w:szCs w:val="24"/>
              <w:rtl/>
              <w:lang w:bidi="he-IL"/>
            </w:rPr>
          </w:pPr>
          <w:r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נוהלי שיקום וניידות</w:t>
          </w:r>
        </w:p>
      </w:tc>
      <w:tc>
        <w:tcPr>
          <w:tcW w:w="3554" w:type="dxa"/>
          <w:shd w:val="clear" w:color="auto" w:fill="auto"/>
        </w:tcPr>
        <w:p w:rsidR="008A1433" w:rsidRPr="00BD69A1" w:rsidRDefault="008A1433" w:rsidP="00461B5C">
          <w:pPr>
            <w:pStyle w:val="a5"/>
            <w:bidi/>
            <w:jc w:val="right"/>
            <w:rPr>
              <w:b/>
              <w:bCs/>
              <w:color w:val="31849B"/>
              <w:sz w:val="24"/>
              <w:szCs w:val="24"/>
              <w:rtl/>
            </w:rPr>
          </w:pPr>
          <w:r w:rsidRPr="00BD69A1">
            <w:rPr>
              <w:b/>
              <w:bCs/>
              <w:color w:val="31849B"/>
              <w:sz w:val="24"/>
              <w:szCs w:val="24"/>
              <w:rtl/>
              <w:lang w:val="he-IL" w:bidi="he-IL"/>
            </w:rPr>
            <w:t xml:space="preserve">עמוד </w:t>
          </w:r>
          <w:r w:rsidRPr="00BD69A1">
            <w:rPr>
              <w:b/>
              <w:bCs/>
              <w:color w:val="31849B"/>
              <w:sz w:val="24"/>
              <w:szCs w:val="24"/>
              <w:rtl/>
            </w:rPr>
            <w:fldChar w:fldCharType="begin"/>
          </w:r>
          <w:r w:rsidRPr="00BD69A1">
            <w:rPr>
              <w:b/>
              <w:bCs/>
              <w:color w:val="31849B"/>
              <w:sz w:val="24"/>
              <w:szCs w:val="24"/>
            </w:rPr>
            <w:instrText>PAGE  \* Arabic  \* MERGEFORMAT</w:instrText>
          </w:r>
          <w:r w:rsidRPr="00BD69A1">
            <w:rPr>
              <w:b/>
              <w:bCs/>
              <w:color w:val="31849B"/>
              <w:sz w:val="24"/>
              <w:szCs w:val="24"/>
              <w:rtl/>
            </w:rPr>
            <w:fldChar w:fldCharType="separate"/>
          </w:r>
          <w:r w:rsidR="007A07B0" w:rsidRPr="007A07B0">
            <w:rPr>
              <w:b/>
              <w:bCs/>
              <w:noProof/>
              <w:color w:val="31849B"/>
              <w:sz w:val="24"/>
              <w:szCs w:val="24"/>
              <w:rtl/>
              <w:lang w:val="he-IL"/>
            </w:rPr>
            <w:t>4</w:t>
          </w:r>
          <w:r w:rsidRPr="00BD69A1">
            <w:rPr>
              <w:b/>
              <w:bCs/>
              <w:color w:val="31849B"/>
              <w:sz w:val="24"/>
              <w:szCs w:val="24"/>
              <w:rtl/>
            </w:rPr>
            <w:fldChar w:fldCharType="end"/>
          </w:r>
          <w:r w:rsidRPr="00BD69A1">
            <w:rPr>
              <w:b/>
              <w:bCs/>
              <w:color w:val="31849B"/>
              <w:sz w:val="24"/>
              <w:szCs w:val="24"/>
              <w:rtl/>
              <w:lang w:val="he-IL" w:bidi="he-IL"/>
            </w:rPr>
            <w:t xml:space="preserve"> מתוך </w:t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lang w:val="he-IL"/>
            </w:rPr>
            <w:fldChar w:fldCharType="begin"/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rtl/>
              <w:lang w:val="he-IL"/>
            </w:rPr>
            <w:instrText>NUMPAGES  \* Arabic  \* MERGEFORMAT</w:instrText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lang w:val="he-IL"/>
            </w:rPr>
            <w:fldChar w:fldCharType="separate"/>
          </w:r>
          <w:r w:rsidR="007A07B0" w:rsidRPr="007A07B0">
            <w:rPr>
              <w:rFonts w:cs="Cambria"/>
              <w:b/>
              <w:bCs/>
              <w:noProof/>
              <w:color w:val="31849B"/>
              <w:sz w:val="24"/>
              <w:szCs w:val="24"/>
              <w:lang w:val="he-IL" w:bidi="he-IL"/>
            </w:rPr>
            <w:t>4</w:t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lang w:val="he-IL"/>
            </w:rPr>
            <w:fldChar w:fldCharType="end"/>
          </w:r>
          <w:r w:rsidRPr="00BD69A1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 xml:space="preserve"> עמודים</w:t>
          </w:r>
        </w:p>
      </w:tc>
    </w:tr>
    <w:tr w:rsidR="008A1433" w:rsidRPr="00BD69A1" w:rsidTr="008B4592">
      <w:trPr>
        <w:trHeight w:val="654"/>
      </w:trPr>
      <w:tc>
        <w:tcPr>
          <w:tcW w:w="5488" w:type="dxa"/>
          <w:gridSpan w:val="2"/>
          <w:shd w:val="clear" w:color="auto" w:fill="auto"/>
        </w:tcPr>
        <w:p w:rsidR="008A1433" w:rsidRPr="00461B5C" w:rsidRDefault="008A1433" w:rsidP="00461B5C">
          <w:pPr>
            <w:pStyle w:val="1"/>
            <w:spacing w:before="0"/>
            <w:jc w:val="right"/>
            <w:rPr>
              <w:rFonts w:asciiTheme="minorHAnsi" w:eastAsiaTheme="minorEastAsia" w:hAnsiTheme="minorHAnsi" w:cstheme="minorBidi"/>
              <w:color w:val="31849B"/>
              <w:sz w:val="24"/>
              <w:szCs w:val="24"/>
              <w:rtl/>
              <w:lang w:bidi="he-IL"/>
            </w:rPr>
          </w:pPr>
          <w:r w:rsidRPr="00461B5C">
            <w:rPr>
              <w:rFonts w:asciiTheme="minorHAnsi" w:eastAsiaTheme="minorEastAsia" w:hAnsiTheme="minorHAnsi" w:cstheme="minorBidi"/>
              <w:color w:val="31849B"/>
              <w:sz w:val="24"/>
              <w:szCs w:val="24"/>
              <w:rtl/>
              <w:lang w:bidi="he-IL"/>
            </w:rPr>
            <w:t>טופס פניה להשאלת מכשיר תקשורת תומכת וחלופית לצורך התנסות</w:t>
          </w:r>
        </w:p>
      </w:tc>
      <w:tc>
        <w:tcPr>
          <w:tcW w:w="3584" w:type="dxa"/>
          <w:gridSpan w:val="2"/>
          <w:shd w:val="clear" w:color="auto" w:fill="auto"/>
        </w:tcPr>
        <w:p w:rsidR="008A1433" w:rsidRPr="00C974AF" w:rsidRDefault="008A1433" w:rsidP="00E86114">
          <w:pPr>
            <w:pStyle w:val="a5"/>
            <w:bidi/>
            <w:rPr>
              <w:b/>
              <w:bCs/>
              <w:color w:val="31849B"/>
              <w:sz w:val="24"/>
              <w:szCs w:val="24"/>
            </w:rPr>
          </w:pPr>
          <w:r w:rsidRPr="00C974AF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תאריך תוקף</w:t>
          </w:r>
          <w:r>
            <w:rPr>
              <w:rFonts w:hint="cs"/>
              <w:b/>
              <w:bCs/>
              <w:color w:val="31849B"/>
              <w:sz w:val="24"/>
              <w:szCs w:val="24"/>
              <w:rtl/>
            </w:rPr>
            <w:t xml:space="preserve">  </w:t>
          </w:r>
          <w:r>
            <w:rPr>
              <w:b/>
              <w:bCs/>
              <w:color w:val="31849B"/>
              <w:sz w:val="24"/>
              <w:szCs w:val="24"/>
            </w:rPr>
            <w:t>31/03/2025</w:t>
          </w:r>
        </w:p>
      </w:tc>
    </w:tr>
  </w:tbl>
  <w:p w:rsidR="008A1433" w:rsidRPr="00E86114" w:rsidRDefault="008A1433" w:rsidP="00E86114">
    <w:pPr>
      <w:pStyle w:val="a5"/>
      <w:tabs>
        <w:tab w:val="clear" w:pos="4680"/>
        <w:tab w:val="clear" w:pos="9360"/>
        <w:tab w:val="left" w:pos="5505"/>
      </w:tabs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13E0E15"/>
    <w:multiLevelType w:val="hybridMultilevel"/>
    <w:tmpl w:val="7A7080F6"/>
    <w:lvl w:ilvl="0" w:tplc="645C8A48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1C42CA"/>
    <w:multiLevelType w:val="hybridMultilevel"/>
    <w:tmpl w:val="18F26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9851CD"/>
    <w:multiLevelType w:val="hybridMultilevel"/>
    <w:tmpl w:val="028AD5EE"/>
    <w:lvl w:ilvl="0" w:tplc="7FFC469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26354D"/>
    <w:multiLevelType w:val="hybridMultilevel"/>
    <w:tmpl w:val="53262B98"/>
    <w:lvl w:ilvl="0" w:tplc="C6681F18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1"/>
  </w:num>
  <w:num w:numId="11">
    <w:abstractNumId w:val="10"/>
  </w:num>
  <w:num w:numId="12">
    <w:abstractNumId w:val="1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ar-SA" w:vendorID="64" w:dllVersion="131078" w:nlCheck="1" w:checkStyle="0"/>
  <w:activeWritingStyle w:appName="MSWord" w:lang="en-US" w:vendorID="64" w:dllVersion="131078" w:nlCheck="1" w:checkStyle="1"/>
  <w:proofState w:spelling="clean" w:grammar="clean"/>
  <w:documentProtection w:edit="forms" w:enforcement="1" w:cryptProviderType="rsaAES" w:cryptAlgorithmClass="hash" w:cryptAlgorithmType="typeAny" w:cryptAlgorithmSid="14" w:cryptSpinCount="100000" w:hash="av6MnxilJmfB6oOzUr3IZvKLmP1MT0MFeSZ9fxFY/nmT9q9HgVRpyhabVvRvPtnluqpNoUOrrN6VPwPrc8kmjw==" w:salt="5mKHW1ODGqEaXc0dHjcHlQ==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27696"/>
    <w:rsid w:val="00034616"/>
    <w:rsid w:val="0006063C"/>
    <w:rsid w:val="00065206"/>
    <w:rsid w:val="000D3D21"/>
    <w:rsid w:val="00110F7A"/>
    <w:rsid w:val="0015074B"/>
    <w:rsid w:val="001802E0"/>
    <w:rsid w:val="00194994"/>
    <w:rsid w:val="00211C05"/>
    <w:rsid w:val="0022123C"/>
    <w:rsid w:val="0023292E"/>
    <w:rsid w:val="0029639D"/>
    <w:rsid w:val="002C684A"/>
    <w:rsid w:val="0032508B"/>
    <w:rsid w:val="00326F90"/>
    <w:rsid w:val="00401C87"/>
    <w:rsid w:val="00402692"/>
    <w:rsid w:val="00461B5C"/>
    <w:rsid w:val="004C148B"/>
    <w:rsid w:val="00616AE7"/>
    <w:rsid w:val="00695490"/>
    <w:rsid w:val="0078447E"/>
    <w:rsid w:val="007A07B0"/>
    <w:rsid w:val="007E10F3"/>
    <w:rsid w:val="00811CF8"/>
    <w:rsid w:val="008306E9"/>
    <w:rsid w:val="008A1433"/>
    <w:rsid w:val="008B4592"/>
    <w:rsid w:val="008E113A"/>
    <w:rsid w:val="008E2190"/>
    <w:rsid w:val="009333C1"/>
    <w:rsid w:val="009468FB"/>
    <w:rsid w:val="009B6D5C"/>
    <w:rsid w:val="009B7225"/>
    <w:rsid w:val="009E4845"/>
    <w:rsid w:val="00A646CC"/>
    <w:rsid w:val="00A922E9"/>
    <w:rsid w:val="00AA1D8D"/>
    <w:rsid w:val="00B47730"/>
    <w:rsid w:val="00BA07C6"/>
    <w:rsid w:val="00BB0785"/>
    <w:rsid w:val="00C1234F"/>
    <w:rsid w:val="00CB0664"/>
    <w:rsid w:val="00CC189E"/>
    <w:rsid w:val="00CF46D2"/>
    <w:rsid w:val="00D34F3D"/>
    <w:rsid w:val="00D90CFA"/>
    <w:rsid w:val="00E62F61"/>
    <w:rsid w:val="00E679DF"/>
    <w:rsid w:val="00E86114"/>
    <w:rsid w:val="00E97860"/>
    <w:rsid w:val="00EB0E8C"/>
    <w:rsid w:val="00FC693F"/>
    <w:rsid w:val="00FF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efaultImageDpi w14:val="300"/>
  <w15:docId w15:val="{FD5FBE82-B29C-4606-9113-5FA7D8263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כותרת עליונה תו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כותרת תחתונה תו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כותרת 1 תו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כותרת 2 תו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כותרת 3 תו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כותרת טקסט תו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כותרת משנה תו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גוף טקסט תו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גוף טקסט 2 תו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גוף טקסט 3 תו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טקסט מאקרו תו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ציטוט תו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כותרת 4 תו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כותרת 5 תו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כותרת 6 תו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כותרת 7 תו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כותרת 8 תו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כותרת 9 תו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ציטוט חזק תו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42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0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3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3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4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5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5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6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6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a">
    <w:name w:val="Balloon Text"/>
    <w:basedOn w:val="a1"/>
    <w:link w:val="affb"/>
    <w:uiPriority w:val="99"/>
    <w:semiHidden/>
    <w:unhideWhenUsed/>
    <w:rsid w:val="00065206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ffb">
    <w:name w:val="טקסט בלונים תו"/>
    <w:basedOn w:val="a2"/>
    <w:link w:val="affa"/>
    <w:uiPriority w:val="99"/>
    <w:semiHidden/>
    <w:rsid w:val="00065206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849</Words>
  <Characters>4249</Characters>
  <Application>Microsoft Office Word</Application>
  <DocSecurity>0</DocSecurity>
  <Lines>35</Lines>
  <Paragraphs>10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5088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נטע מידן</cp:lastModifiedBy>
  <cp:revision>3</cp:revision>
  <cp:lastPrinted>2025-03-31T12:19:00Z</cp:lastPrinted>
  <dcterms:created xsi:type="dcterms:W3CDTF">2025-09-09T09:04:00Z</dcterms:created>
  <dcterms:modified xsi:type="dcterms:W3CDTF">2025-09-09T09:14:00Z</dcterms:modified>
  <cp:category/>
</cp:coreProperties>
</file>